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Normal"/>
        <w:tblW w:w="13315" w:type="dxa"/>
        <w:tblLayout w:type="fixed"/>
        <w:tblLook w:val="01E0" w:firstRow="1" w:lastRow="1" w:firstColumn="1" w:lastColumn="1" w:noHBand="0" w:noVBand="0"/>
      </w:tblPr>
      <w:tblGrid>
        <w:gridCol w:w="5387"/>
        <w:gridCol w:w="2551"/>
        <w:gridCol w:w="5377"/>
      </w:tblGrid>
      <w:tr w:rsidR="00B36666" w:rsidRPr="0066532F" w14:paraId="1153EB52" w14:textId="77777777" w:rsidTr="00B36666">
        <w:trPr>
          <w:trHeight w:val="619"/>
        </w:trPr>
        <w:tc>
          <w:tcPr>
            <w:tcW w:w="5387" w:type="dxa"/>
          </w:tcPr>
          <w:p w14:paraId="37F5D981" w14:textId="77777777" w:rsidR="00B36666" w:rsidRPr="0066532F" w:rsidRDefault="00B36666" w:rsidP="009A1825">
            <w:pPr>
              <w:pStyle w:val="TableParagraph"/>
              <w:spacing w:before="9"/>
              <w:ind w:left="105"/>
              <w:rPr>
                <w:rFonts w:ascii="Arial" w:hAnsi="Arial" w:cs="Arial"/>
              </w:rPr>
            </w:pPr>
            <w:r w:rsidRPr="0066532F">
              <w:rPr>
                <w:rFonts w:ascii="Arial" w:hAnsi="Arial" w:cs="Arial"/>
                <w:b/>
              </w:rPr>
              <w:t>Dirección</w:t>
            </w:r>
            <w:r w:rsidRPr="0066532F">
              <w:rPr>
                <w:rFonts w:ascii="Arial" w:hAnsi="Arial" w:cs="Arial"/>
                <w:b/>
                <w:spacing w:val="-6"/>
              </w:rPr>
              <w:t xml:space="preserve"> </w:t>
            </w:r>
            <w:r w:rsidRPr="0066532F">
              <w:rPr>
                <w:rFonts w:ascii="Arial" w:hAnsi="Arial" w:cs="Arial"/>
                <w:b/>
              </w:rPr>
              <w:t>Regional</w:t>
            </w:r>
            <w:r w:rsidRPr="0066532F">
              <w:rPr>
                <w:rFonts w:ascii="Arial" w:hAnsi="Arial" w:cs="Arial"/>
                <w:b/>
                <w:spacing w:val="-2"/>
              </w:rPr>
              <w:t xml:space="preserve"> </w:t>
            </w:r>
            <w:r w:rsidRPr="0066532F">
              <w:rPr>
                <w:rFonts w:ascii="Arial" w:hAnsi="Arial" w:cs="Arial"/>
                <w:b/>
              </w:rPr>
              <w:t>de</w:t>
            </w:r>
            <w:r w:rsidRPr="0066532F">
              <w:rPr>
                <w:rFonts w:ascii="Arial" w:hAnsi="Arial" w:cs="Arial"/>
                <w:b/>
                <w:spacing w:val="-5"/>
              </w:rPr>
              <w:t xml:space="preserve"> </w:t>
            </w:r>
            <w:r w:rsidRPr="0066532F">
              <w:rPr>
                <w:rFonts w:ascii="Arial" w:hAnsi="Arial" w:cs="Arial"/>
                <w:b/>
                <w:spacing w:val="-2"/>
              </w:rPr>
              <w:t>Educación</w:t>
            </w:r>
            <w:r w:rsidRPr="0066532F">
              <w:rPr>
                <w:rFonts w:ascii="Arial" w:hAnsi="Arial" w:cs="Arial"/>
                <w:spacing w:val="-2"/>
              </w:rPr>
              <w:t>:</w:t>
            </w:r>
          </w:p>
        </w:tc>
        <w:tc>
          <w:tcPr>
            <w:tcW w:w="7928" w:type="dxa"/>
            <w:gridSpan w:val="2"/>
          </w:tcPr>
          <w:p w14:paraId="6DA5EBCC" w14:textId="77777777" w:rsidR="00B36666" w:rsidRPr="0066532F" w:rsidRDefault="00B36666" w:rsidP="009A1825">
            <w:pPr>
              <w:pStyle w:val="TableParagraph"/>
              <w:spacing w:before="9"/>
              <w:ind w:left="104"/>
              <w:rPr>
                <w:rFonts w:ascii="Arial" w:hAnsi="Arial" w:cs="Arial"/>
                <w:b/>
              </w:rPr>
            </w:pPr>
            <w:r w:rsidRPr="0066532F">
              <w:rPr>
                <w:rFonts w:ascii="Arial" w:hAnsi="Arial" w:cs="Arial"/>
                <w:b/>
              </w:rPr>
              <w:t>Centro</w:t>
            </w:r>
            <w:r w:rsidRPr="0066532F">
              <w:rPr>
                <w:rFonts w:ascii="Arial" w:hAnsi="Arial" w:cs="Arial"/>
                <w:b/>
                <w:spacing w:val="-3"/>
              </w:rPr>
              <w:t xml:space="preserve"> </w:t>
            </w:r>
            <w:r w:rsidRPr="0066532F">
              <w:rPr>
                <w:rFonts w:ascii="Arial" w:hAnsi="Arial" w:cs="Arial"/>
                <w:b/>
                <w:spacing w:val="-2"/>
              </w:rPr>
              <w:t>educativo:</w:t>
            </w:r>
          </w:p>
        </w:tc>
      </w:tr>
      <w:tr w:rsidR="00B36666" w:rsidRPr="0066532F" w14:paraId="4CB4CBD5" w14:textId="77777777" w:rsidTr="00B36666">
        <w:trPr>
          <w:trHeight w:val="553"/>
        </w:trPr>
        <w:tc>
          <w:tcPr>
            <w:tcW w:w="5387" w:type="dxa"/>
          </w:tcPr>
          <w:p w14:paraId="5B776627" w14:textId="77777777" w:rsidR="00B36666" w:rsidRPr="0066532F" w:rsidRDefault="00B36666" w:rsidP="009A1825">
            <w:pPr>
              <w:pStyle w:val="TableParagraph"/>
              <w:spacing w:before="7"/>
              <w:ind w:left="105"/>
              <w:rPr>
                <w:rFonts w:ascii="Arial" w:hAnsi="Arial" w:cs="Arial"/>
              </w:rPr>
            </w:pPr>
            <w:r w:rsidRPr="0066532F">
              <w:rPr>
                <w:rFonts w:ascii="Arial" w:hAnsi="Arial" w:cs="Arial"/>
                <w:b/>
              </w:rPr>
              <w:t>Nombre</w:t>
            </w:r>
            <w:r w:rsidRPr="0066532F">
              <w:rPr>
                <w:rFonts w:ascii="Arial" w:hAnsi="Arial" w:cs="Arial"/>
                <w:b/>
                <w:spacing w:val="-3"/>
              </w:rPr>
              <w:t xml:space="preserve"> </w:t>
            </w:r>
            <w:r w:rsidRPr="0066532F">
              <w:rPr>
                <w:rFonts w:ascii="Arial" w:hAnsi="Arial" w:cs="Arial"/>
                <w:b/>
              </w:rPr>
              <w:t>de</w:t>
            </w:r>
            <w:r w:rsidRPr="0066532F">
              <w:rPr>
                <w:rFonts w:ascii="Arial" w:hAnsi="Arial" w:cs="Arial"/>
                <w:b/>
                <w:spacing w:val="-3"/>
              </w:rPr>
              <w:t xml:space="preserve"> </w:t>
            </w:r>
            <w:r w:rsidRPr="0066532F">
              <w:rPr>
                <w:rFonts w:ascii="Arial" w:hAnsi="Arial" w:cs="Arial"/>
                <w:b/>
              </w:rPr>
              <w:t>la</w:t>
            </w:r>
            <w:r w:rsidRPr="0066532F">
              <w:rPr>
                <w:rFonts w:ascii="Arial" w:hAnsi="Arial" w:cs="Arial"/>
                <w:b/>
                <w:spacing w:val="-4"/>
              </w:rPr>
              <w:t xml:space="preserve"> </w:t>
            </w:r>
            <w:r w:rsidRPr="0066532F">
              <w:rPr>
                <w:rFonts w:ascii="Arial" w:hAnsi="Arial" w:cs="Arial"/>
                <w:b/>
              </w:rPr>
              <w:t>persona</w:t>
            </w:r>
            <w:r w:rsidRPr="0066532F">
              <w:rPr>
                <w:rFonts w:ascii="Arial" w:hAnsi="Arial" w:cs="Arial"/>
                <w:b/>
                <w:spacing w:val="-2"/>
              </w:rPr>
              <w:t xml:space="preserve"> docente</w:t>
            </w:r>
            <w:r w:rsidRPr="0066532F">
              <w:rPr>
                <w:rFonts w:ascii="Arial" w:hAnsi="Arial" w:cs="Arial"/>
                <w:spacing w:val="-2"/>
              </w:rPr>
              <w:t>:</w:t>
            </w:r>
          </w:p>
        </w:tc>
        <w:tc>
          <w:tcPr>
            <w:tcW w:w="7928" w:type="dxa"/>
            <w:gridSpan w:val="2"/>
          </w:tcPr>
          <w:p w14:paraId="0E96DD4F" w14:textId="77777777" w:rsidR="00B36666" w:rsidRPr="0066532F" w:rsidRDefault="00B36666" w:rsidP="009A1825">
            <w:pPr>
              <w:pStyle w:val="TableParagraph"/>
              <w:spacing w:before="7"/>
              <w:ind w:left="104"/>
              <w:rPr>
                <w:rFonts w:ascii="Arial" w:hAnsi="Arial" w:cs="Arial"/>
                <w:b/>
              </w:rPr>
            </w:pPr>
            <w:r w:rsidRPr="0066532F">
              <w:rPr>
                <w:rFonts w:ascii="Arial" w:hAnsi="Arial" w:cs="Arial"/>
                <w:b/>
              </w:rPr>
              <w:t>Asignatura:</w:t>
            </w:r>
            <w:r w:rsidRPr="0066532F">
              <w:rPr>
                <w:rFonts w:ascii="Arial" w:hAnsi="Arial" w:cs="Arial"/>
                <w:b/>
                <w:spacing w:val="1"/>
              </w:rPr>
              <w:t xml:space="preserve"> </w:t>
            </w:r>
            <w:r>
              <w:rPr>
                <w:rFonts w:ascii="Arial" w:hAnsi="Arial" w:cs="Arial"/>
                <w:b/>
                <w:spacing w:val="-2"/>
              </w:rPr>
              <w:t>Matemática</w:t>
            </w:r>
          </w:p>
        </w:tc>
      </w:tr>
      <w:tr w:rsidR="00B36666" w:rsidRPr="00552BB2" w14:paraId="6A48E4D5" w14:textId="77777777" w:rsidTr="00B36666">
        <w:trPr>
          <w:trHeight w:val="556"/>
        </w:trPr>
        <w:tc>
          <w:tcPr>
            <w:tcW w:w="5387" w:type="dxa"/>
          </w:tcPr>
          <w:p w14:paraId="4EFC83B1" w14:textId="500AB79A" w:rsidR="00B36666" w:rsidRPr="0066532F" w:rsidRDefault="00B36666" w:rsidP="009A1825">
            <w:pPr>
              <w:pStyle w:val="TableParagraph"/>
              <w:spacing w:before="10"/>
              <w:ind w:left="105"/>
              <w:rPr>
                <w:rFonts w:ascii="Arial" w:hAnsi="Arial" w:cs="Arial"/>
                <w:b/>
              </w:rPr>
            </w:pPr>
            <w:r w:rsidRPr="0066532F">
              <w:rPr>
                <w:rFonts w:ascii="Arial" w:hAnsi="Arial" w:cs="Arial"/>
                <w:b/>
              </w:rPr>
              <w:t>Nivel:</w:t>
            </w:r>
            <w:r w:rsidRPr="0066532F">
              <w:rPr>
                <w:rFonts w:ascii="Arial" w:hAnsi="Arial" w:cs="Arial"/>
                <w:b/>
                <w:spacing w:val="-2"/>
              </w:rPr>
              <w:t xml:space="preserve"> </w:t>
            </w:r>
            <w:r w:rsidR="006F165A">
              <w:rPr>
                <w:rFonts w:ascii="Arial" w:hAnsi="Arial" w:cs="Arial"/>
                <w:b/>
                <w:spacing w:val="-2"/>
              </w:rPr>
              <w:t>2</w:t>
            </w:r>
            <w:r>
              <w:rPr>
                <w:rFonts w:ascii="Arial" w:hAnsi="Arial" w:cs="Arial"/>
                <w:b/>
                <w:spacing w:val="-2"/>
              </w:rPr>
              <w:t>°</w:t>
            </w:r>
          </w:p>
        </w:tc>
        <w:tc>
          <w:tcPr>
            <w:tcW w:w="2551" w:type="dxa"/>
          </w:tcPr>
          <w:p w14:paraId="48550AEC" w14:textId="77777777" w:rsidR="00B36666" w:rsidRPr="0066532F" w:rsidRDefault="00B36666" w:rsidP="009A1825">
            <w:pPr>
              <w:pStyle w:val="TableParagraph"/>
              <w:spacing w:before="10"/>
              <w:ind w:left="104"/>
              <w:rPr>
                <w:rFonts w:ascii="Arial" w:hAnsi="Arial" w:cs="Arial"/>
                <w:b/>
              </w:rPr>
            </w:pPr>
            <w:r w:rsidRPr="0066532F">
              <w:rPr>
                <w:rFonts w:ascii="Arial" w:hAnsi="Arial" w:cs="Arial"/>
                <w:b/>
              </w:rPr>
              <w:t>Curso</w:t>
            </w:r>
            <w:r w:rsidRPr="0066532F">
              <w:rPr>
                <w:rFonts w:ascii="Arial" w:hAnsi="Arial" w:cs="Arial"/>
                <w:b/>
                <w:spacing w:val="-6"/>
              </w:rPr>
              <w:t xml:space="preserve"> </w:t>
            </w:r>
            <w:r w:rsidRPr="0066532F">
              <w:rPr>
                <w:rFonts w:ascii="Arial" w:hAnsi="Arial" w:cs="Arial"/>
                <w:b/>
              </w:rPr>
              <w:t>lectivo:</w:t>
            </w:r>
            <w:r w:rsidRPr="0066532F">
              <w:rPr>
                <w:rFonts w:ascii="Arial" w:hAnsi="Arial" w:cs="Arial"/>
                <w:b/>
                <w:spacing w:val="-4"/>
              </w:rPr>
              <w:t xml:space="preserve"> </w:t>
            </w:r>
          </w:p>
        </w:tc>
        <w:tc>
          <w:tcPr>
            <w:tcW w:w="5377" w:type="dxa"/>
          </w:tcPr>
          <w:p w14:paraId="0190CF9D" w14:textId="77777777" w:rsidR="00B36666" w:rsidRPr="0066532F" w:rsidRDefault="00B36666" w:rsidP="009A1825">
            <w:pPr>
              <w:pStyle w:val="TableParagraph"/>
              <w:spacing w:before="10"/>
              <w:ind w:left="104"/>
              <w:rPr>
                <w:rFonts w:ascii="Arial" w:hAnsi="Arial" w:cs="Arial"/>
                <w:b/>
                <w:spacing w:val="-4"/>
              </w:rPr>
            </w:pPr>
            <w:r w:rsidRPr="0066532F">
              <w:rPr>
                <w:rFonts w:ascii="Arial" w:hAnsi="Arial" w:cs="Arial"/>
                <w:b/>
              </w:rPr>
              <w:t>Periodicidad:</w:t>
            </w:r>
            <w:r w:rsidRPr="0066532F">
              <w:rPr>
                <w:rFonts w:ascii="Arial" w:hAnsi="Arial" w:cs="Arial"/>
                <w:b/>
                <w:spacing w:val="-3"/>
              </w:rPr>
              <w:t xml:space="preserve"> </w:t>
            </w:r>
          </w:p>
          <w:p w14:paraId="2B795F47" w14:textId="77777777" w:rsidR="00B36666" w:rsidRPr="0066532F" w:rsidRDefault="00B36666" w:rsidP="009A1825">
            <w:pPr>
              <w:pStyle w:val="TableParagraph"/>
              <w:spacing w:before="10"/>
              <w:ind w:left="104"/>
              <w:rPr>
                <w:rFonts w:ascii="Arial" w:hAnsi="Arial" w:cs="Arial"/>
                <w:b/>
              </w:rPr>
            </w:pPr>
            <w:proofErr w:type="gramStart"/>
            <w:r w:rsidRPr="0066532F">
              <w:rPr>
                <w:rFonts w:ascii="Arial" w:hAnsi="Arial" w:cs="Arial"/>
                <w:b/>
              </w:rPr>
              <w:t>(  )</w:t>
            </w:r>
            <w:proofErr w:type="gramEnd"/>
            <w:r w:rsidRPr="0066532F">
              <w:rPr>
                <w:rFonts w:ascii="Arial" w:hAnsi="Arial" w:cs="Arial"/>
                <w:b/>
                <w:spacing w:val="-7"/>
              </w:rPr>
              <w:t xml:space="preserve"> </w:t>
            </w:r>
            <w:r w:rsidRPr="0066532F">
              <w:rPr>
                <w:rFonts w:ascii="Arial" w:hAnsi="Arial" w:cs="Arial"/>
                <w:b/>
              </w:rPr>
              <w:t xml:space="preserve">mes </w:t>
            </w:r>
            <w:proofErr w:type="gramStart"/>
            <w:r w:rsidRPr="0066532F">
              <w:rPr>
                <w:rFonts w:ascii="Arial" w:hAnsi="Arial" w:cs="Arial"/>
                <w:b/>
              </w:rPr>
              <w:t>(  )</w:t>
            </w:r>
            <w:proofErr w:type="gramEnd"/>
            <w:r w:rsidRPr="0066532F">
              <w:rPr>
                <w:rFonts w:ascii="Arial" w:hAnsi="Arial" w:cs="Arial"/>
                <w:b/>
                <w:spacing w:val="-7"/>
              </w:rPr>
              <w:t xml:space="preserve"> </w:t>
            </w:r>
            <w:r w:rsidRPr="0066532F">
              <w:rPr>
                <w:rFonts w:ascii="Arial" w:hAnsi="Arial" w:cs="Arial"/>
                <w:b/>
              </w:rPr>
              <w:t xml:space="preserve">bimestre </w:t>
            </w:r>
            <w:proofErr w:type="gramStart"/>
            <w:r w:rsidRPr="0066532F">
              <w:rPr>
                <w:rFonts w:ascii="Arial" w:hAnsi="Arial" w:cs="Arial"/>
                <w:b/>
              </w:rPr>
              <w:t>(  )</w:t>
            </w:r>
            <w:proofErr w:type="gramEnd"/>
            <w:r w:rsidRPr="0066532F">
              <w:rPr>
                <w:rFonts w:ascii="Arial" w:hAnsi="Arial" w:cs="Arial"/>
                <w:b/>
                <w:spacing w:val="-7"/>
              </w:rPr>
              <w:t xml:space="preserve"> </w:t>
            </w:r>
            <w:r w:rsidRPr="0066532F">
              <w:rPr>
                <w:rFonts w:ascii="Arial" w:hAnsi="Arial" w:cs="Arial"/>
                <w:b/>
              </w:rPr>
              <w:t xml:space="preserve">trimestre </w:t>
            </w:r>
            <w:proofErr w:type="gramStart"/>
            <w:r w:rsidRPr="0066532F">
              <w:rPr>
                <w:rFonts w:ascii="Arial" w:hAnsi="Arial" w:cs="Arial"/>
                <w:b/>
              </w:rPr>
              <w:t>(  )</w:t>
            </w:r>
            <w:proofErr w:type="gramEnd"/>
            <w:r w:rsidRPr="0066532F">
              <w:rPr>
                <w:rFonts w:ascii="Arial" w:hAnsi="Arial" w:cs="Arial"/>
                <w:b/>
                <w:spacing w:val="-7"/>
              </w:rPr>
              <w:t xml:space="preserve"> </w:t>
            </w:r>
            <w:r w:rsidRPr="0066532F">
              <w:rPr>
                <w:rFonts w:ascii="Arial" w:hAnsi="Arial" w:cs="Arial"/>
                <w:b/>
              </w:rPr>
              <w:t>semestre</w:t>
            </w:r>
          </w:p>
        </w:tc>
      </w:tr>
    </w:tbl>
    <w:p w14:paraId="097FB402" w14:textId="77777777" w:rsidR="00A723D1" w:rsidRPr="0013299E" w:rsidRDefault="00A723D1" w:rsidP="00A723D1">
      <w:pPr>
        <w:rPr>
          <w:b/>
          <w:bCs/>
        </w:rPr>
      </w:pPr>
      <w:proofErr w:type="spellStart"/>
      <w:r w:rsidRPr="0013299E">
        <w:rPr>
          <w:b/>
          <w:bCs/>
        </w:rPr>
        <w:t>Competencia</w:t>
      </w:r>
      <w:proofErr w:type="spellEnd"/>
      <w:r w:rsidRPr="0013299E">
        <w:rPr>
          <w:b/>
          <w:bCs/>
        </w:rPr>
        <w:t xml:space="preserve"> general </w:t>
      </w:r>
    </w:p>
    <w:tbl>
      <w:tblPr>
        <w:tblW w:w="13433" w:type="dxa"/>
        <w:tblLayout w:type="fixed"/>
        <w:tblLook w:val="0400" w:firstRow="0" w:lastRow="0" w:firstColumn="0" w:lastColumn="0" w:noHBand="0" w:noVBand="1"/>
      </w:tblPr>
      <w:tblGrid>
        <w:gridCol w:w="4477"/>
        <w:gridCol w:w="4478"/>
        <w:gridCol w:w="4478"/>
      </w:tblGrid>
      <w:tr w:rsidR="00A723D1" w:rsidRPr="0013299E" w14:paraId="3E68EEF0" w14:textId="77777777" w:rsidTr="009A1825">
        <w:tc>
          <w:tcPr>
            <w:tcW w:w="4477" w:type="dxa"/>
          </w:tcPr>
          <w:p w14:paraId="03296CD3" w14:textId="77777777" w:rsidR="00A723D1" w:rsidRPr="0013299E" w:rsidRDefault="00A723D1" w:rsidP="009A1825">
            <w:pPr>
              <w:jc w:val="center"/>
            </w:pPr>
            <w:proofErr w:type="gramStart"/>
            <w:r w:rsidRPr="0013299E">
              <w:t>(  x  )</w:t>
            </w:r>
            <w:proofErr w:type="gramEnd"/>
          </w:p>
        </w:tc>
        <w:tc>
          <w:tcPr>
            <w:tcW w:w="4478" w:type="dxa"/>
          </w:tcPr>
          <w:p w14:paraId="674081B0" w14:textId="77777777" w:rsidR="00A723D1" w:rsidRPr="0013299E" w:rsidRDefault="00A723D1" w:rsidP="009A1825">
            <w:pPr>
              <w:jc w:val="center"/>
            </w:pPr>
            <w:r w:rsidRPr="0013299E">
              <w:t>(      )</w:t>
            </w:r>
          </w:p>
        </w:tc>
        <w:tc>
          <w:tcPr>
            <w:tcW w:w="4478" w:type="dxa"/>
          </w:tcPr>
          <w:p w14:paraId="30BC2F22" w14:textId="77777777" w:rsidR="00A723D1" w:rsidRPr="0013299E" w:rsidRDefault="00A723D1" w:rsidP="009A1825">
            <w:pPr>
              <w:jc w:val="center"/>
            </w:pPr>
            <w:r w:rsidRPr="0013299E">
              <w:t>(     )</w:t>
            </w:r>
          </w:p>
        </w:tc>
      </w:tr>
      <w:tr w:rsidR="00A723D1" w:rsidRPr="00A723D1" w14:paraId="7B2E661B" w14:textId="77777777" w:rsidTr="009A1825">
        <w:trPr>
          <w:trHeight w:val="536"/>
        </w:trPr>
        <w:tc>
          <w:tcPr>
            <w:tcW w:w="4477" w:type="dxa"/>
          </w:tcPr>
          <w:p w14:paraId="5AA340E2" w14:textId="77777777" w:rsidR="00A723D1" w:rsidRPr="0013299E" w:rsidRDefault="00A723D1" w:rsidP="009A1825">
            <w:proofErr w:type="spellStart"/>
            <w:r w:rsidRPr="0013299E">
              <w:t>Ciudadanía</w:t>
            </w:r>
            <w:proofErr w:type="spellEnd"/>
            <w:r w:rsidRPr="0013299E">
              <w:t xml:space="preserve"> </w:t>
            </w:r>
            <w:proofErr w:type="spellStart"/>
            <w:proofErr w:type="gramStart"/>
            <w:r w:rsidRPr="0013299E">
              <w:t>responsable</w:t>
            </w:r>
            <w:proofErr w:type="spellEnd"/>
            <w:r w:rsidRPr="0013299E">
              <w:t xml:space="preserve">  y</w:t>
            </w:r>
            <w:proofErr w:type="gramEnd"/>
            <w:r w:rsidRPr="0013299E">
              <w:t xml:space="preserve"> </w:t>
            </w:r>
            <w:proofErr w:type="spellStart"/>
            <w:r w:rsidRPr="0013299E">
              <w:t>solidaria</w:t>
            </w:r>
            <w:proofErr w:type="spellEnd"/>
          </w:p>
        </w:tc>
        <w:tc>
          <w:tcPr>
            <w:tcW w:w="4478" w:type="dxa"/>
          </w:tcPr>
          <w:p w14:paraId="43FCF3D2" w14:textId="77777777" w:rsidR="00A723D1" w:rsidRPr="0013299E" w:rsidRDefault="00A723D1" w:rsidP="009A1825">
            <w:proofErr w:type="spellStart"/>
            <w:r w:rsidRPr="0013299E">
              <w:t>Competencias</w:t>
            </w:r>
            <w:proofErr w:type="spellEnd"/>
            <w:r w:rsidRPr="0013299E">
              <w:t xml:space="preserve"> para la </w:t>
            </w:r>
            <w:proofErr w:type="spellStart"/>
            <w:r w:rsidRPr="0013299E">
              <w:t>vida</w:t>
            </w:r>
            <w:proofErr w:type="spellEnd"/>
          </w:p>
        </w:tc>
        <w:tc>
          <w:tcPr>
            <w:tcW w:w="4478" w:type="dxa"/>
          </w:tcPr>
          <w:p w14:paraId="5A229156" w14:textId="77777777" w:rsidR="00A723D1" w:rsidRPr="00A723D1" w:rsidRDefault="00A723D1" w:rsidP="009A1825">
            <w:pPr>
              <w:rPr>
                <w:lang w:val="es-CR"/>
              </w:rPr>
            </w:pPr>
            <w:r w:rsidRPr="00A723D1">
              <w:rPr>
                <w:lang w:val="es-CR"/>
              </w:rPr>
              <w:t>Competencias para la empleabilidad digna</w:t>
            </w:r>
          </w:p>
        </w:tc>
      </w:tr>
      <w:tr w:rsidR="00A723D1" w:rsidRPr="0013299E" w14:paraId="3201302D" w14:textId="77777777" w:rsidTr="009A1825">
        <w:trPr>
          <w:trHeight w:val="513"/>
        </w:trPr>
        <w:tc>
          <w:tcPr>
            <w:tcW w:w="4477" w:type="dxa"/>
          </w:tcPr>
          <w:p w14:paraId="3E102028" w14:textId="77777777" w:rsidR="00A723D1" w:rsidRPr="0013299E" w:rsidRDefault="00A723D1" w:rsidP="009A1825">
            <w:pPr>
              <w:jc w:val="center"/>
            </w:pPr>
            <w:proofErr w:type="spellStart"/>
            <w:r w:rsidRPr="0013299E">
              <w:t>Febrero</w:t>
            </w:r>
            <w:proofErr w:type="spellEnd"/>
            <w:r w:rsidRPr="0013299E">
              <w:t xml:space="preserve">, </w:t>
            </w:r>
            <w:proofErr w:type="spellStart"/>
            <w:r w:rsidRPr="0013299E">
              <w:t>marzo</w:t>
            </w:r>
            <w:proofErr w:type="spellEnd"/>
            <w:r w:rsidRPr="0013299E">
              <w:t xml:space="preserve">, </w:t>
            </w:r>
            <w:proofErr w:type="spellStart"/>
            <w:r w:rsidRPr="0013299E">
              <w:t>abril</w:t>
            </w:r>
            <w:proofErr w:type="spellEnd"/>
          </w:p>
        </w:tc>
        <w:tc>
          <w:tcPr>
            <w:tcW w:w="4478" w:type="dxa"/>
          </w:tcPr>
          <w:p w14:paraId="0BAE6C3C" w14:textId="77777777" w:rsidR="00A723D1" w:rsidRPr="00A723D1" w:rsidRDefault="00A723D1" w:rsidP="009A1825">
            <w:pPr>
              <w:jc w:val="center"/>
              <w:rPr>
                <w:lang w:val="es-CR"/>
              </w:rPr>
            </w:pPr>
            <w:r w:rsidRPr="00A723D1">
              <w:rPr>
                <w:lang w:val="es-CR"/>
              </w:rPr>
              <w:t>Mayo, junio, julio y agosto</w:t>
            </w:r>
          </w:p>
        </w:tc>
        <w:tc>
          <w:tcPr>
            <w:tcW w:w="4478" w:type="dxa"/>
          </w:tcPr>
          <w:p w14:paraId="3D7AFB23" w14:textId="77777777" w:rsidR="00A723D1" w:rsidRPr="0013299E" w:rsidRDefault="00A723D1" w:rsidP="009A1825">
            <w:pPr>
              <w:jc w:val="center"/>
            </w:pPr>
            <w:proofErr w:type="spellStart"/>
            <w:r w:rsidRPr="0013299E">
              <w:t>Octubre</w:t>
            </w:r>
            <w:proofErr w:type="spellEnd"/>
            <w:r w:rsidRPr="0013299E">
              <w:t xml:space="preserve"> y </w:t>
            </w:r>
            <w:proofErr w:type="spellStart"/>
            <w:r w:rsidRPr="0013299E">
              <w:t>noviembre</w:t>
            </w:r>
            <w:proofErr w:type="spellEnd"/>
          </w:p>
        </w:tc>
      </w:tr>
    </w:tbl>
    <w:p w14:paraId="7FF2566A" w14:textId="77777777" w:rsidR="004715F7" w:rsidRPr="004715F7" w:rsidRDefault="004715F7" w:rsidP="004715F7">
      <w:pPr>
        <w:rPr>
          <w:b/>
          <w:bCs/>
          <w:lang w:val="es-CR"/>
        </w:rPr>
      </w:pPr>
      <w:r w:rsidRPr="004715F7">
        <w:rPr>
          <w:b/>
          <w:bCs/>
          <w:lang w:val="es-CR"/>
        </w:rPr>
        <w:t>Tema 18: Figuras planas</w:t>
      </w:r>
    </w:p>
    <w:tbl>
      <w:tblPr>
        <w:tblW w:w="13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37"/>
        <w:gridCol w:w="7538"/>
        <w:gridCol w:w="286"/>
        <w:gridCol w:w="2784"/>
        <w:gridCol w:w="21"/>
      </w:tblGrid>
      <w:tr w:rsidR="00D24E36" w:rsidRPr="00B36666" w14:paraId="7B405A8B" w14:textId="77777777" w:rsidTr="00A723D1">
        <w:trPr>
          <w:gridAfter w:val="1"/>
          <w:wAfter w:w="21" w:type="dxa"/>
          <w:jc w:val="center"/>
        </w:trPr>
        <w:tc>
          <w:tcPr>
            <w:tcW w:w="2531" w:type="dxa"/>
          </w:tcPr>
          <w:p w14:paraId="4DCA837B" w14:textId="77777777" w:rsidR="00D24E36" w:rsidRPr="00B36666" w:rsidRDefault="00B36666" w:rsidP="00B36666">
            <w:pPr>
              <w:spacing w:before="240"/>
              <w:jc w:val="center"/>
              <w:rPr>
                <w:b/>
                <w:bCs/>
              </w:rPr>
            </w:pPr>
            <w:proofErr w:type="spellStart"/>
            <w:r>
              <w:rPr>
                <w:b/>
                <w:bCs/>
              </w:rPr>
              <w:t>Habilidades</w:t>
            </w:r>
            <w:proofErr w:type="spellEnd"/>
            <w:r>
              <w:rPr>
                <w:b/>
                <w:bCs/>
              </w:rPr>
              <w:t xml:space="preserve"> </w:t>
            </w:r>
            <w:proofErr w:type="spellStart"/>
            <w:r>
              <w:rPr>
                <w:b/>
                <w:bCs/>
              </w:rPr>
              <w:t>específicas</w:t>
            </w:r>
            <w:proofErr w:type="spellEnd"/>
          </w:p>
        </w:tc>
        <w:tc>
          <w:tcPr>
            <w:tcW w:w="7575" w:type="dxa"/>
            <w:gridSpan w:val="2"/>
          </w:tcPr>
          <w:p w14:paraId="6D22D22F" w14:textId="77777777" w:rsidR="00D24E36" w:rsidRPr="00B36666" w:rsidRDefault="00000000" w:rsidP="00B36666">
            <w:pPr>
              <w:spacing w:before="240"/>
              <w:jc w:val="center"/>
              <w:rPr>
                <w:b/>
                <w:bCs/>
              </w:rPr>
            </w:pPr>
            <w:proofErr w:type="spellStart"/>
            <w:r w:rsidRPr="00B36666">
              <w:rPr>
                <w:b/>
                <w:bCs/>
              </w:rPr>
              <w:t>Estrategias</w:t>
            </w:r>
            <w:proofErr w:type="spellEnd"/>
            <w:r w:rsidRPr="00B36666">
              <w:rPr>
                <w:b/>
                <w:bCs/>
              </w:rPr>
              <w:t xml:space="preserve"> de </w:t>
            </w:r>
            <w:proofErr w:type="spellStart"/>
            <w:r w:rsidRPr="00B36666">
              <w:rPr>
                <w:b/>
                <w:bCs/>
              </w:rPr>
              <w:t>mediación</w:t>
            </w:r>
            <w:proofErr w:type="spellEnd"/>
          </w:p>
        </w:tc>
        <w:tc>
          <w:tcPr>
            <w:tcW w:w="3070" w:type="dxa"/>
            <w:gridSpan w:val="2"/>
          </w:tcPr>
          <w:p w14:paraId="6BE6405F" w14:textId="77777777" w:rsidR="00D24E36" w:rsidRPr="00B36666" w:rsidRDefault="00000000" w:rsidP="00B36666">
            <w:pPr>
              <w:spacing w:before="240"/>
              <w:jc w:val="center"/>
              <w:rPr>
                <w:b/>
                <w:bCs/>
              </w:rPr>
            </w:pPr>
            <w:proofErr w:type="spellStart"/>
            <w:r w:rsidRPr="00B36666">
              <w:rPr>
                <w:b/>
                <w:bCs/>
              </w:rPr>
              <w:t>Indicadores</w:t>
            </w:r>
            <w:proofErr w:type="spellEnd"/>
            <w:r w:rsidRPr="00B36666">
              <w:rPr>
                <w:b/>
                <w:bCs/>
              </w:rPr>
              <w:t xml:space="preserve"> de </w:t>
            </w:r>
            <w:proofErr w:type="spellStart"/>
            <w:r w:rsidRPr="00B36666">
              <w:rPr>
                <w:b/>
                <w:bCs/>
              </w:rPr>
              <w:t>evaluación</w:t>
            </w:r>
            <w:proofErr w:type="spellEnd"/>
          </w:p>
        </w:tc>
      </w:tr>
      <w:tr w:rsidR="00D24E36" w:rsidRPr="00A723D1" w14:paraId="4EE40A3D" w14:textId="77777777" w:rsidTr="00A723D1">
        <w:trPr>
          <w:gridAfter w:val="1"/>
          <w:wAfter w:w="21" w:type="dxa"/>
          <w:jc w:val="center"/>
        </w:trPr>
        <w:tc>
          <w:tcPr>
            <w:tcW w:w="2531" w:type="dxa"/>
          </w:tcPr>
          <w:p w14:paraId="1B2AB4BC" w14:textId="77777777" w:rsidR="00207F70" w:rsidRPr="00207F70" w:rsidRDefault="00207F70" w:rsidP="00207F70">
            <w:pPr>
              <w:rPr>
                <w:b/>
                <w:bCs/>
                <w:lang w:val="es-CR"/>
              </w:rPr>
            </w:pPr>
            <w:r w:rsidRPr="00207F70">
              <w:rPr>
                <w:b/>
                <w:bCs/>
                <w:lang w:val="es-CR"/>
              </w:rPr>
              <w:t>Habilidades específicas</w:t>
            </w:r>
          </w:p>
          <w:p w14:paraId="506462A4" w14:textId="77777777" w:rsidR="00207F70" w:rsidRPr="00207F70" w:rsidRDefault="00207F70" w:rsidP="00207F70">
            <w:pPr>
              <w:rPr>
                <w:lang w:val="es-CR"/>
              </w:rPr>
            </w:pPr>
            <w:r w:rsidRPr="00207F70">
              <w:rPr>
                <w:lang w:val="es-CR"/>
              </w:rPr>
              <w:t>3. Reconocer triángulos y cuadriláteros.</w:t>
            </w:r>
          </w:p>
          <w:p w14:paraId="36291F52" w14:textId="77777777" w:rsidR="00207F70" w:rsidRPr="00207F70" w:rsidRDefault="00207F70" w:rsidP="00207F70">
            <w:pPr>
              <w:rPr>
                <w:lang w:val="es-CR"/>
              </w:rPr>
            </w:pPr>
            <w:r w:rsidRPr="00207F70">
              <w:rPr>
                <w:lang w:val="es-CR"/>
              </w:rPr>
              <w:t>4. Trazar triángulos y cuadriláteros utilizando instrumentos geométricos.</w:t>
            </w:r>
          </w:p>
          <w:p w14:paraId="62A35C49" w14:textId="77777777" w:rsidR="00207F70" w:rsidRPr="00207F70" w:rsidRDefault="00207F70" w:rsidP="00207F70">
            <w:pPr>
              <w:rPr>
                <w:lang w:val="es-CR"/>
              </w:rPr>
            </w:pPr>
            <w:r w:rsidRPr="00207F70">
              <w:rPr>
                <w:lang w:val="es-CR"/>
              </w:rPr>
              <w:lastRenderedPageBreak/>
              <w:t>5. Reconocer si un cuadrilátero es un rectángulo.</w:t>
            </w:r>
          </w:p>
          <w:p w14:paraId="30185202" w14:textId="77777777" w:rsidR="00207F70" w:rsidRPr="00207F70" w:rsidRDefault="00207F70" w:rsidP="00207F70">
            <w:pPr>
              <w:rPr>
                <w:lang w:val="es-CR"/>
              </w:rPr>
            </w:pPr>
            <w:r w:rsidRPr="00207F70">
              <w:rPr>
                <w:lang w:val="es-CR"/>
              </w:rPr>
              <w:t>6. Reconocer si un rectángulo es un cuadrado.</w:t>
            </w:r>
          </w:p>
          <w:p w14:paraId="300EE960" w14:textId="77777777" w:rsidR="00207F70" w:rsidRPr="00207F70" w:rsidRDefault="00207F70" w:rsidP="00207F70">
            <w:pPr>
              <w:rPr>
                <w:lang w:val="es-CR"/>
              </w:rPr>
            </w:pPr>
            <w:r w:rsidRPr="00207F70">
              <w:rPr>
                <w:lang w:val="es-CR"/>
              </w:rPr>
              <w:t>7. Identificar elementos de una figura plana (vértice, lado).</w:t>
            </w:r>
          </w:p>
          <w:p w14:paraId="471BC8C3" w14:textId="77777777" w:rsidR="00207F70" w:rsidRPr="00207F70" w:rsidRDefault="00207F70" w:rsidP="00207F70">
            <w:pPr>
              <w:rPr>
                <w:lang w:val="es-CR"/>
              </w:rPr>
            </w:pPr>
            <w:r w:rsidRPr="00207F70">
              <w:rPr>
                <w:lang w:val="es-CR"/>
              </w:rPr>
              <w:t>8. Identificar semejanzas y diferencias en triángulos, cuadrados, rectángulos y cuadriláteros en general.</w:t>
            </w:r>
          </w:p>
          <w:p w14:paraId="0FF1C639" w14:textId="77777777" w:rsidR="00207F70" w:rsidRPr="00207F70" w:rsidRDefault="00207F70" w:rsidP="00207F70">
            <w:pPr>
              <w:rPr>
                <w:lang w:val="es-CR"/>
              </w:rPr>
            </w:pPr>
            <w:r w:rsidRPr="00207F70">
              <w:rPr>
                <w:lang w:val="es-CR"/>
              </w:rPr>
              <w:t>9. Componer y descomponer figuras utilizando cuadriláteros y triángulos.</w:t>
            </w:r>
          </w:p>
          <w:p w14:paraId="6EDE8533" w14:textId="7CF5DBDC" w:rsidR="00D24E36" w:rsidRPr="00924732" w:rsidRDefault="00D24E36" w:rsidP="00924732">
            <w:pPr>
              <w:rPr>
                <w:lang w:val="es-CR"/>
              </w:rPr>
            </w:pPr>
          </w:p>
        </w:tc>
        <w:tc>
          <w:tcPr>
            <w:tcW w:w="7575" w:type="dxa"/>
            <w:gridSpan w:val="2"/>
          </w:tcPr>
          <w:p w14:paraId="361EE0FA" w14:textId="77777777" w:rsidR="00DB083A" w:rsidRPr="00DB083A" w:rsidRDefault="00000000" w:rsidP="00DB083A">
            <w:pPr>
              <w:rPr>
                <w:b/>
                <w:bCs/>
                <w:lang w:val="es-CR"/>
              </w:rPr>
            </w:pPr>
            <w:r w:rsidRPr="00B36666">
              <w:rPr>
                <w:lang w:val="es-CR"/>
              </w:rPr>
              <w:lastRenderedPageBreak/>
              <w:br/>
            </w:r>
            <w:r w:rsidRPr="00B36666">
              <w:rPr>
                <w:b/>
                <w:bCs/>
                <w:lang w:val="es-CR"/>
              </w:rPr>
              <w:t>Etapa 1: El aprendizaje de conocimientos</w:t>
            </w:r>
            <w:r w:rsidRPr="00B36666">
              <w:rPr>
                <w:lang w:val="es-CR"/>
              </w:rPr>
              <w:br/>
            </w:r>
            <w:r w:rsidRPr="00B36666">
              <w:rPr>
                <w:lang w:val="es-CR"/>
              </w:rPr>
              <w:br/>
            </w:r>
            <w:r w:rsidR="00DB083A" w:rsidRPr="00DB083A">
              <w:rPr>
                <w:b/>
                <w:bCs/>
                <w:lang w:val="es-CR"/>
              </w:rPr>
              <w:t>Activación de conocimientos previos</w:t>
            </w:r>
          </w:p>
          <w:p w14:paraId="772C6241" w14:textId="77777777" w:rsidR="000D216E" w:rsidRPr="000D216E" w:rsidRDefault="000D216E" w:rsidP="000D216E">
            <w:pPr>
              <w:rPr>
                <w:lang w:val="es-CR"/>
              </w:rPr>
            </w:pPr>
            <w:r w:rsidRPr="000D216E">
              <w:rPr>
                <w:lang w:val="es-CR"/>
              </w:rPr>
              <w:t>Se preparan materiales para repartir a los estudiantes con palillos que tengan las siguientes medidas: 2 de 20 cm, 2 de 15 centímetros, 3 de 10 cm, 5 de 7 cm. O bien los mismos se pueden realizar en el aula con los estudiantes. Para la confección de los mismos se pueden emplear pinchos para asar, pajillas o paletas.</w:t>
            </w:r>
          </w:p>
          <w:p w14:paraId="7CC24455" w14:textId="77777777" w:rsidR="000D216E" w:rsidRPr="000D216E" w:rsidRDefault="000D216E" w:rsidP="000D216E">
            <w:pPr>
              <w:rPr>
                <w:lang w:val="es-CR"/>
              </w:rPr>
            </w:pPr>
            <w:r w:rsidRPr="000D216E">
              <w:rPr>
                <w:lang w:val="es-CR"/>
              </w:rPr>
              <w:lastRenderedPageBreak/>
              <w:t>Con los palillos se debe fomentar la elaboración de figuras planas por parte de los estudiantes, en subgrupos de 3 o 4 estudiantes se pide a los estudiantes que representen lo que se le solicita.</w:t>
            </w:r>
            <w:r w:rsidRPr="000D216E">
              <w:rPr>
                <w:lang w:val="es-CR"/>
              </w:rPr>
              <w:br/>
              <w:t>Se debe brindar a los estudiantes algún material resistente como cartón para que los estudiantes realicen las figuras planas en este material, cada vez que se realiza una figura los subgrupos rotan por el aula observando las figuras que cada subgrupo ha realizado, los grupos que observan deben indicar el nombre de las figuras realizadas.</w:t>
            </w:r>
            <w:r w:rsidRPr="000D216E">
              <w:rPr>
                <w:lang w:val="es-CR"/>
              </w:rPr>
              <w:br/>
              <w:t>Cada grupo debe dar al menos tres ejemplos de la vida cotidiana donde se utilicen las figuras planas que han realizado.</w:t>
            </w:r>
          </w:p>
          <w:p w14:paraId="43C4604C" w14:textId="77777777" w:rsidR="000D216E" w:rsidRPr="000D216E" w:rsidRDefault="000D216E" w:rsidP="000D216E">
            <w:pPr>
              <w:rPr>
                <w:lang w:val="es-CR"/>
              </w:rPr>
            </w:pPr>
            <w:r w:rsidRPr="000D216E">
              <w:rPr>
                <w:lang w:val="es-CR"/>
              </w:rPr>
              <w:t>Pueden emplearse indicaciones como:</w:t>
            </w:r>
            <w:r w:rsidRPr="000D216E">
              <w:rPr>
                <w:lang w:val="es-CR"/>
              </w:rPr>
              <w:br/>
              <w:t>– Tres triángulos con lados congruentes.</w:t>
            </w:r>
            <w:r w:rsidRPr="000D216E">
              <w:rPr>
                <w:lang w:val="es-CR"/>
              </w:rPr>
              <w:br/>
              <w:t>– El cuadrado de mayor tamaño.</w:t>
            </w:r>
            <w:r w:rsidRPr="000D216E">
              <w:rPr>
                <w:lang w:val="es-CR"/>
              </w:rPr>
              <w:br/>
              <w:t>– El rectángulo más pequeño.</w:t>
            </w:r>
            <w:r w:rsidRPr="000D216E">
              <w:rPr>
                <w:lang w:val="es-CR"/>
              </w:rPr>
              <w:br/>
              <w:t>– Tres rectángulos en distintas posiciones.</w:t>
            </w:r>
            <w:r w:rsidRPr="000D216E">
              <w:rPr>
                <w:lang w:val="es-CR"/>
              </w:rPr>
              <w:br/>
              <w:t>– Tres cuadrados de distintos tamaños.</w:t>
            </w:r>
            <w:r w:rsidRPr="000D216E">
              <w:rPr>
                <w:lang w:val="es-CR"/>
              </w:rPr>
              <w:br/>
              <w:t>– Tres triángulos en distintas posiciones.</w:t>
            </w:r>
            <w:r w:rsidRPr="000D216E">
              <w:rPr>
                <w:lang w:val="es-CR"/>
              </w:rPr>
              <w:br/>
              <w:t>– Cuatro polígonos distintos.</w:t>
            </w:r>
            <w:r w:rsidRPr="000D216E">
              <w:rPr>
                <w:lang w:val="es-CR"/>
              </w:rPr>
              <w:br/>
              <w:t>– Una figura en la que se observe un triángulo, un cuadrado y un rectángulo.</w:t>
            </w:r>
          </w:p>
          <w:p w14:paraId="78898B54" w14:textId="77777777" w:rsidR="00D47CC3" w:rsidRDefault="00D47CC3" w:rsidP="00DC28F3"/>
          <w:p w14:paraId="703C5FA0" w14:textId="77777777" w:rsidR="00220CAE" w:rsidRDefault="00220CAE" w:rsidP="00DC28F3"/>
          <w:p w14:paraId="40F5FC69" w14:textId="4FFEE7B2" w:rsidR="0006341C" w:rsidRPr="0006341C" w:rsidRDefault="00861E7D" w:rsidP="0006341C">
            <w:pPr>
              <w:rPr>
                <w:rFonts w:ascii="Segoe UI Symbol" w:hAnsi="Segoe UI Symbol" w:cs="Segoe UI Symbol"/>
                <w:lang w:val="es-CR"/>
              </w:rPr>
            </w:pPr>
            <w:r w:rsidRPr="00B36666">
              <w:rPr>
                <w:b/>
                <w:bCs/>
                <w:lang w:val="es-CR"/>
              </w:rPr>
              <w:t>2. Trabajo estudiantil independiente</w:t>
            </w:r>
            <w:r w:rsidRPr="00B36666">
              <w:rPr>
                <w:lang w:val="es-CR"/>
              </w:rPr>
              <w:br/>
            </w:r>
            <w:r w:rsidR="00220CAE" w:rsidRPr="00220CAE">
              <w:rPr>
                <w:rFonts w:ascii="Segoe UI Symbol" w:hAnsi="Segoe UI Symbol" w:cs="Segoe UI Symbol"/>
              </w:rPr>
              <w:t xml:space="preserve">Los </w:t>
            </w:r>
            <w:proofErr w:type="spellStart"/>
            <w:r w:rsidR="00220CAE" w:rsidRPr="00220CAE">
              <w:rPr>
                <w:rFonts w:ascii="Segoe UI Symbol" w:hAnsi="Segoe UI Symbol" w:cs="Segoe UI Symbol"/>
              </w:rPr>
              <w:t>niños</w:t>
            </w:r>
            <w:proofErr w:type="spellEnd"/>
            <w:r w:rsidR="00220CAE" w:rsidRPr="00220CAE">
              <w:rPr>
                <w:rFonts w:ascii="Segoe UI Symbol" w:hAnsi="Segoe UI Symbol" w:cs="Segoe UI Symbol"/>
              </w:rPr>
              <w:t xml:space="preserve"> </w:t>
            </w:r>
            <w:proofErr w:type="spellStart"/>
            <w:r w:rsidR="00220CAE" w:rsidRPr="00220CAE">
              <w:rPr>
                <w:rFonts w:ascii="Segoe UI Symbol" w:hAnsi="Segoe UI Symbol" w:cs="Segoe UI Symbol"/>
              </w:rPr>
              <w:t>trabajan</w:t>
            </w:r>
            <w:proofErr w:type="spellEnd"/>
            <w:r w:rsidR="00220CAE" w:rsidRPr="00220CAE">
              <w:rPr>
                <w:rFonts w:ascii="Segoe UI Symbol" w:hAnsi="Segoe UI Symbol" w:cs="Segoe UI Symbol"/>
              </w:rPr>
              <w:t xml:space="preserve"> de forma individual </w:t>
            </w:r>
            <w:proofErr w:type="spellStart"/>
            <w:r w:rsidR="00220CAE" w:rsidRPr="00220CAE">
              <w:rPr>
                <w:rFonts w:ascii="Segoe UI Symbol" w:hAnsi="Segoe UI Symbol" w:cs="Segoe UI Symbol"/>
              </w:rPr>
              <w:t>los</w:t>
            </w:r>
            <w:proofErr w:type="spellEnd"/>
            <w:r w:rsidR="00220CAE" w:rsidRPr="00220CAE">
              <w:rPr>
                <w:rFonts w:ascii="Segoe UI Symbol" w:hAnsi="Segoe UI Symbol" w:cs="Segoe UI Symbol"/>
              </w:rPr>
              <w:t xml:space="preserve"> </w:t>
            </w:r>
            <w:proofErr w:type="spellStart"/>
            <w:r w:rsidR="00220CAE" w:rsidRPr="00220CAE">
              <w:rPr>
                <w:rFonts w:ascii="Segoe UI Symbol" w:hAnsi="Segoe UI Symbol" w:cs="Segoe UI Symbol"/>
              </w:rPr>
              <w:t>retos</w:t>
            </w:r>
            <w:proofErr w:type="spellEnd"/>
            <w:r w:rsidR="00220CAE" w:rsidRPr="00220CAE">
              <w:rPr>
                <w:rFonts w:ascii="Segoe UI Symbol" w:hAnsi="Segoe UI Symbol" w:cs="Segoe UI Symbol"/>
              </w:rPr>
              <w:t xml:space="preserve"> </w:t>
            </w:r>
            <w:proofErr w:type="spellStart"/>
            <w:r w:rsidR="00220CAE" w:rsidRPr="00220CAE">
              <w:rPr>
                <w:rFonts w:ascii="Segoe UI Symbol" w:hAnsi="Segoe UI Symbol" w:cs="Segoe UI Symbol"/>
              </w:rPr>
              <w:t>presentes</w:t>
            </w:r>
            <w:proofErr w:type="spellEnd"/>
            <w:r w:rsidR="00220CAE" w:rsidRPr="00220CAE">
              <w:rPr>
                <w:rFonts w:ascii="Segoe UI Symbol" w:hAnsi="Segoe UI Symbol" w:cs="Segoe UI Symbol"/>
              </w:rPr>
              <w:t xml:space="preserve"> </w:t>
            </w:r>
            <w:proofErr w:type="spellStart"/>
            <w:r w:rsidR="00220CAE" w:rsidRPr="00220CAE">
              <w:rPr>
                <w:rFonts w:ascii="Segoe UI Symbol" w:hAnsi="Segoe UI Symbol" w:cs="Segoe UI Symbol"/>
              </w:rPr>
              <w:t>en</w:t>
            </w:r>
            <w:proofErr w:type="spellEnd"/>
            <w:r w:rsidR="00220CAE" w:rsidRPr="00220CAE">
              <w:rPr>
                <w:rFonts w:ascii="Segoe UI Symbol" w:hAnsi="Segoe UI Symbol" w:cs="Segoe UI Symbol"/>
              </w:rPr>
              <w:t xml:space="preserve"> </w:t>
            </w:r>
            <w:proofErr w:type="spellStart"/>
            <w:r w:rsidR="00220CAE" w:rsidRPr="00220CAE">
              <w:rPr>
                <w:rFonts w:ascii="Segoe UI Symbol" w:hAnsi="Segoe UI Symbol" w:cs="Segoe UI Symbol"/>
              </w:rPr>
              <w:t>el</w:t>
            </w:r>
            <w:proofErr w:type="spellEnd"/>
            <w:r w:rsidR="00220CAE" w:rsidRPr="00220CAE">
              <w:rPr>
                <w:rFonts w:ascii="Segoe UI Symbol" w:hAnsi="Segoe UI Symbol" w:cs="Segoe UI Symbol"/>
              </w:rPr>
              <w:t xml:space="preserve"> </w:t>
            </w:r>
            <w:proofErr w:type="spellStart"/>
            <w:r w:rsidR="00220CAE" w:rsidRPr="00220CAE">
              <w:rPr>
                <w:rFonts w:ascii="Segoe UI Symbol" w:hAnsi="Segoe UI Symbol" w:cs="Segoe UI Symbol"/>
              </w:rPr>
              <w:t>problema</w:t>
            </w:r>
            <w:proofErr w:type="spellEnd"/>
            <w:r w:rsidR="00220CAE" w:rsidRPr="00220CAE">
              <w:rPr>
                <w:rFonts w:ascii="Segoe UI Symbol" w:hAnsi="Segoe UI Symbol" w:cs="Segoe UI Symbol"/>
              </w:rPr>
              <w:t xml:space="preserve"> de la</w:t>
            </w:r>
            <w:r w:rsidR="004541D3">
              <w:rPr>
                <w:rFonts w:ascii="Segoe UI Symbol" w:hAnsi="Segoe UI Symbol" w:cs="Segoe UI Symbol"/>
              </w:rPr>
              <w:t>s</w:t>
            </w:r>
            <w:r w:rsidR="00220CAE" w:rsidRPr="00220CAE">
              <w:rPr>
                <w:rFonts w:ascii="Segoe UI Symbol" w:hAnsi="Segoe UI Symbol" w:cs="Segoe UI Symbol"/>
              </w:rPr>
              <w:t xml:space="preserve"> </w:t>
            </w:r>
            <w:proofErr w:type="spellStart"/>
            <w:r w:rsidR="00220CAE" w:rsidRPr="00220CAE">
              <w:rPr>
                <w:rFonts w:ascii="Segoe UI Symbol" w:hAnsi="Segoe UI Symbol" w:cs="Segoe UI Symbol"/>
              </w:rPr>
              <w:t>página</w:t>
            </w:r>
            <w:r w:rsidR="004541D3">
              <w:rPr>
                <w:rFonts w:ascii="Segoe UI Symbol" w:hAnsi="Segoe UI Symbol" w:cs="Segoe UI Symbol"/>
              </w:rPr>
              <w:t>s</w:t>
            </w:r>
            <w:proofErr w:type="spellEnd"/>
            <w:r w:rsidR="00220CAE" w:rsidRPr="00220CAE">
              <w:rPr>
                <w:rFonts w:ascii="Segoe UI Symbol" w:hAnsi="Segoe UI Symbol" w:cs="Segoe UI Symbol"/>
              </w:rPr>
              <w:t xml:space="preserve"> </w:t>
            </w:r>
            <w:r w:rsidR="004541D3">
              <w:rPr>
                <w:rFonts w:ascii="Segoe UI Symbol" w:hAnsi="Segoe UI Symbol" w:cs="Segoe UI Symbol"/>
              </w:rPr>
              <w:t>1</w:t>
            </w:r>
            <w:r w:rsidR="00BC2F28">
              <w:rPr>
                <w:rFonts w:ascii="Segoe UI Symbol" w:hAnsi="Segoe UI Symbol" w:cs="Segoe UI Symbol"/>
              </w:rPr>
              <w:t xml:space="preserve">14 </w:t>
            </w:r>
            <w:r w:rsidR="004541D3">
              <w:rPr>
                <w:rFonts w:ascii="Segoe UI Symbol" w:hAnsi="Segoe UI Symbol" w:cs="Segoe UI Symbol"/>
              </w:rPr>
              <w:t>y 1</w:t>
            </w:r>
            <w:r w:rsidR="00BC2F28">
              <w:rPr>
                <w:rFonts w:ascii="Segoe UI Symbol" w:hAnsi="Segoe UI Symbol" w:cs="Segoe UI Symbol"/>
              </w:rPr>
              <w:t>15</w:t>
            </w:r>
            <w:r w:rsidR="00220CAE">
              <w:rPr>
                <w:rFonts w:ascii="Segoe UI Symbol" w:hAnsi="Segoe UI Symbol" w:cs="Segoe UI Symbol"/>
              </w:rPr>
              <w:t xml:space="preserve"> del </w:t>
            </w:r>
            <w:proofErr w:type="spellStart"/>
            <w:r w:rsidR="00220CAE">
              <w:rPr>
                <w:rFonts w:ascii="Segoe UI Symbol" w:hAnsi="Segoe UI Symbol" w:cs="Segoe UI Symbol"/>
              </w:rPr>
              <w:t>libro</w:t>
            </w:r>
            <w:proofErr w:type="spellEnd"/>
            <w:r w:rsidR="00220CAE">
              <w:rPr>
                <w:rFonts w:ascii="Segoe UI Symbol" w:hAnsi="Segoe UI Symbol" w:cs="Segoe UI Symbol"/>
              </w:rPr>
              <w:t xml:space="preserve"> de </w:t>
            </w:r>
            <w:proofErr w:type="spellStart"/>
            <w:r w:rsidR="00220CAE">
              <w:rPr>
                <w:rFonts w:ascii="Segoe UI Symbol" w:hAnsi="Segoe UI Symbol" w:cs="Segoe UI Symbol"/>
              </w:rPr>
              <w:t>texto</w:t>
            </w:r>
            <w:proofErr w:type="spellEnd"/>
            <w:r w:rsidR="00220CAE" w:rsidRPr="00220CAE">
              <w:rPr>
                <w:rFonts w:ascii="Segoe UI Symbol" w:hAnsi="Segoe UI Symbol" w:cs="Segoe UI Symbol"/>
              </w:rPr>
              <w:t>.</w:t>
            </w:r>
          </w:p>
          <w:p w14:paraId="48B88866" w14:textId="0D00604C" w:rsidR="00177180" w:rsidRDefault="00177180" w:rsidP="00DC28F3"/>
          <w:p w14:paraId="0584785E" w14:textId="4608552D" w:rsidR="00DC28F3" w:rsidRPr="00DC28F3" w:rsidRDefault="00DC28F3" w:rsidP="00DC28F3">
            <w:pPr>
              <w:rPr>
                <w:lang w:val="es-CR"/>
              </w:rPr>
            </w:pPr>
            <w:r w:rsidRPr="00DC28F3">
              <w:rPr>
                <w:b/>
                <w:bCs/>
                <w:lang w:val="es-CR"/>
              </w:rPr>
              <w:t>Discusión interactiva y comunicativa</w:t>
            </w:r>
          </w:p>
          <w:p w14:paraId="7BEE75A3" w14:textId="77777777" w:rsidR="00BD1AE4" w:rsidRDefault="00BD1AE4" w:rsidP="0047272D">
            <w:proofErr w:type="spellStart"/>
            <w:r w:rsidRPr="00BD1AE4">
              <w:t>Después</w:t>
            </w:r>
            <w:proofErr w:type="spellEnd"/>
            <w:r w:rsidRPr="00BD1AE4">
              <w:t xml:space="preserve"> de </w:t>
            </w:r>
            <w:proofErr w:type="spellStart"/>
            <w:r w:rsidRPr="00BD1AE4">
              <w:t>finalizar</w:t>
            </w:r>
            <w:proofErr w:type="spellEnd"/>
            <w:r w:rsidRPr="00BD1AE4">
              <w:t xml:space="preserve"> </w:t>
            </w:r>
            <w:proofErr w:type="spellStart"/>
            <w:r w:rsidRPr="00BD1AE4">
              <w:t>el</w:t>
            </w:r>
            <w:proofErr w:type="spellEnd"/>
            <w:r w:rsidRPr="00BD1AE4">
              <w:t xml:space="preserve"> </w:t>
            </w:r>
            <w:proofErr w:type="spellStart"/>
            <w:r w:rsidRPr="00BD1AE4">
              <w:t>trabajo</w:t>
            </w:r>
            <w:proofErr w:type="spellEnd"/>
            <w:r w:rsidRPr="00BD1AE4">
              <w:t xml:space="preserve"> </w:t>
            </w:r>
            <w:proofErr w:type="spellStart"/>
            <w:r w:rsidRPr="00BD1AE4">
              <w:t>independiente</w:t>
            </w:r>
            <w:proofErr w:type="spellEnd"/>
            <w:r w:rsidRPr="00BD1AE4">
              <w:t xml:space="preserve">, </w:t>
            </w:r>
            <w:proofErr w:type="spellStart"/>
            <w:r w:rsidRPr="00BD1AE4">
              <w:t>participan</w:t>
            </w:r>
            <w:proofErr w:type="spellEnd"/>
            <w:r w:rsidRPr="00BD1AE4">
              <w:t xml:space="preserve"> </w:t>
            </w:r>
            <w:proofErr w:type="spellStart"/>
            <w:r w:rsidRPr="00BD1AE4">
              <w:t>activamente</w:t>
            </w:r>
            <w:proofErr w:type="spellEnd"/>
            <w:r w:rsidRPr="00BD1AE4">
              <w:t xml:space="preserve"> de la </w:t>
            </w:r>
            <w:proofErr w:type="spellStart"/>
            <w:r w:rsidRPr="00BD1AE4">
              <w:t>revisión</w:t>
            </w:r>
            <w:proofErr w:type="spellEnd"/>
            <w:r w:rsidRPr="00BD1AE4">
              <w:t xml:space="preserve"> de </w:t>
            </w:r>
            <w:proofErr w:type="spellStart"/>
            <w:r w:rsidRPr="00BD1AE4">
              <w:t>los</w:t>
            </w:r>
            <w:proofErr w:type="spellEnd"/>
            <w:r w:rsidRPr="00BD1AE4">
              <w:t xml:space="preserve"> </w:t>
            </w:r>
            <w:proofErr w:type="spellStart"/>
            <w:r w:rsidRPr="00BD1AE4">
              <w:t>ejercicios</w:t>
            </w:r>
            <w:proofErr w:type="spellEnd"/>
            <w:r w:rsidRPr="00BD1AE4">
              <w:t xml:space="preserve"> </w:t>
            </w:r>
            <w:proofErr w:type="spellStart"/>
            <w:r w:rsidRPr="00BD1AE4">
              <w:t>comentando</w:t>
            </w:r>
            <w:proofErr w:type="spellEnd"/>
            <w:r w:rsidRPr="00BD1AE4">
              <w:t xml:space="preserve"> las </w:t>
            </w:r>
            <w:proofErr w:type="spellStart"/>
            <w:r w:rsidRPr="00BD1AE4">
              <w:t>respuestas</w:t>
            </w:r>
            <w:proofErr w:type="spellEnd"/>
            <w:r w:rsidRPr="00BD1AE4">
              <w:t xml:space="preserve"> </w:t>
            </w:r>
            <w:proofErr w:type="spellStart"/>
            <w:r w:rsidRPr="00BD1AE4">
              <w:t>obtenidas</w:t>
            </w:r>
            <w:proofErr w:type="spellEnd"/>
            <w:r w:rsidRPr="00BD1AE4">
              <w:t xml:space="preserve"> y las </w:t>
            </w:r>
            <w:proofErr w:type="spellStart"/>
            <w:r w:rsidRPr="00BD1AE4">
              <w:t>estrategias</w:t>
            </w:r>
            <w:proofErr w:type="spellEnd"/>
            <w:r w:rsidRPr="00BD1AE4">
              <w:t xml:space="preserve"> </w:t>
            </w:r>
            <w:proofErr w:type="spellStart"/>
            <w:r w:rsidRPr="00BD1AE4">
              <w:t>que</w:t>
            </w:r>
            <w:proofErr w:type="spellEnd"/>
            <w:r w:rsidRPr="00BD1AE4">
              <w:t xml:space="preserve"> </w:t>
            </w:r>
            <w:proofErr w:type="spellStart"/>
            <w:r w:rsidRPr="00BD1AE4">
              <w:t>empleó</w:t>
            </w:r>
            <w:proofErr w:type="spellEnd"/>
            <w:r w:rsidRPr="00BD1AE4">
              <w:t xml:space="preserve"> para </w:t>
            </w:r>
            <w:proofErr w:type="spellStart"/>
            <w:r w:rsidRPr="00BD1AE4">
              <w:t>llegar</w:t>
            </w:r>
            <w:proofErr w:type="spellEnd"/>
            <w:r w:rsidRPr="00BD1AE4">
              <w:t xml:space="preserve"> </w:t>
            </w:r>
            <w:proofErr w:type="gramStart"/>
            <w:r w:rsidRPr="00BD1AE4">
              <w:t>a</w:t>
            </w:r>
            <w:proofErr w:type="gramEnd"/>
            <w:r w:rsidRPr="00BD1AE4">
              <w:t xml:space="preserve"> </w:t>
            </w:r>
            <w:proofErr w:type="spellStart"/>
            <w:r w:rsidRPr="00BD1AE4">
              <w:t>ellas</w:t>
            </w:r>
            <w:proofErr w:type="spellEnd"/>
            <w:r w:rsidRPr="00BD1AE4">
              <w:t>.</w:t>
            </w:r>
          </w:p>
          <w:p w14:paraId="4F101FF2" w14:textId="2C42060A" w:rsidR="0047272D" w:rsidRDefault="00000000" w:rsidP="0047272D">
            <w:pPr>
              <w:rPr>
                <w:b/>
                <w:bCs/>
                <w:lang w:val="es-CR"/>
              </w:rPr>
            </w:pPr>
            <w:r w:rsidRPr="00B36666">
              <w:rPr>
                <w:lang w:val="es-CR"/>
              </w:rPr>
              <w:br/>
            </w:r>
            <w:r w:rsidRPr="00B36666">
              <w:rPr>
                <w:b/>
                <w:bCs/>
                <w:lang w:val="es-CR"/>
              </w:rPr>
              <w:t>4. Clausura o cierre</w:t>
            </w:r>
          </w:p>
          <w:p w14:paraId="650F0442" w14:textId="307B716B" w:rsidR="00BD1AE4" w:rsidRPr="00BD1AE4" w:rsidRDefault="00BD1AE4" w:rsidP="00BD1AE4">
            <w:pPr>
              <w:rPr>
                <w:lang w:val="es-CR"/>
              </w:rPr>
            </w:pPr>
            <w:r w:rsidRPr="00BD1AE4">
              <w:rPr>
                <w:lang w:val="es-CR"/>
              </w:rPr>
              <w:t>Leen de forma oral y grupal el Conozcamos de las páginas 1</w:t>
            </w:r>
            <w:r>
              <w:rPr>
                <w:lang w:val="es-CR"/>
              </w:rPr>
              <w:t>14</w:t>
            </w:r>
            <w:r w:rsidRPr="00BD1AE4">
              <w:rPr>
                <w:lang w:val="es-CR"/>
              </w:rPr>
              <w:t xml:space="preserve"> y 1</w:t>
            </w:r>
            <w:r>
              <w:rPr>
                <w:lang w:val="es-CR"/>
              </w:rPr>
              <w:t>15</w:t>
            </w:r>
            <w:r w:rsidRPr="00BD1AE4">
              <w:rPr>
                <w:lang w:val="es-CR"/>
              </w:rPr>
              <w:t>, y explican con sus propias palabras lo que entendieron.</w:t>
            </w:r>
            <w:r w:rsidRPr="00BD1AE4">
              <w:rPr>
                <w:lang w:val="es-CR"/>
              </w:rPr>
              <w:br/>
              <w:t>Se proyecta a los estudiantes el video sobre las figuras planas que se puede obtener desde los Enlaces.</w:t>
            </w:r>
          </w:p>
          <w:p w14:paraId="0C234899" w14:textId="77777777" w:rsidR="00BD1AE4" w:rsidRPr="00BD1AE4" w:rsidRDefault="00BD1AE4" w:rsidP="00BD1AE4">
            <w:pPr>
              <w:rPr>
                <w:lang w:val="es-CR"/>
              </w:rPr>
            </w:pPr>
            <w:r w:rsidRPr="00BD1AE4">
              <w:rPr>
                <w:lang w:val="es-CR"/>
              </w:rPr>
              <w:t>De acuerdo al video observado se complementan lo comentado anteriormente, sobre los usos donde podemos encontrar las figuras planas.</w:t>
            </w:r>
            <w:r w:rsidRPr="00BD1AE4">
              <w:rPr>
                <w:lang w:val="es-CR"/>
              </w:rPr>
              <w:br/>
              <w:t xml:space="preserve">Escuchan a su docente mientras explica los contenidos donde se indica la diferencia entre triángulos y </w:t>
            </w:r>
            <w:proofErr w:type="gramStart"/>
            <w:r w:rsidRPr="00BD1AE4">
              <w:rPr>
                <w:lang w:val="es-CR"/>
              </w:rPr>
              <w:t>cuadriláteros</w:t>
            </w:r>
            <w:proofErr w:type="gramEnd"/>
            <w:r w:rsidRPr="00BD1AE4">
              <w:rPr>
                <w:lang w:val="es-CR"/>
              </w:rPr>
              <w:t xml:space="preserve"> así como sus elementos y algunas de las características que los conforman. Para verificar que los estudiantes comprendieron la teoría anterior se puede dibujar diferentes tipos y posiciones de triángulos y cuadriláteros en la pizarra y hacer preguntas como:</w:t>
            </w:r>
            <w:r w:rsidRPr="00BD1AE4">
              <w:rPr>
                <w:lang w:val="es-CR"/>
              </w:rPr>
              <w:br/>
              <w:t>– ¿Esta figura es un triángulo o un cuadrilátero?</w:t>
            </w:r>
            <w:r w:rsidRPr="00BD1AE4">
              <w:rPr>
                <w:lang w:val="es-CR"/>
              </w:rPr>
              <w:br/>
              <w:t>– ¿Este cuadrilátero es un cuadrado o un rectángulo?</w:t>
            </w:r>
            <w:r w:rsidRPr="00BD1AE4">
              <w:rPr>
                <w:lang w:val="es-CR"/>
              </w:rPr>
              <w:br/>
              <w:t>– Mencione algunas características de este cuadrado.</w:t>
            </w:r>
            <w:r w:rsidRPr="00BD1AE4">
              <w:rPr>
                <w:lang w:val="es-CR"/>
              </w:rPr>
              <w:br/>
              <w:t>– ¿Cuántos lados tiene este triángulo? Indíquelos en la pizarra.</w:t>
            </w:r>
            <w:r w:rsidRPr="00BD1AE4">
              <w:rPr>
                <w:lang w:val="es-CR"/>
              </w:rPr>
              <w:br/>
              <w:t>– ¿Cuántos vértices tiene este cuadrilátero? Señálelos en la figura.</w:t>
            </w:r>
            <w:r w:rsidRPr="00BD1AE4">
              <w:rPr>
                <w:lang w:val="es-CR"/>
              </w:rPr>
              <w:br/>
              <w:t xml:space="preserve">– ¿Por qué puedo afirmar que esta figura es un cuadrado? Verifíquelo en la </w:t>
            </w:r>
            <w:r w:rsidRPr="00BD1AE4">
              <w:rPr>
                <w:lang w:val="es-CR"/>
              </w:rPr>
              <w:lastRenderedPageBreak/>
              <w:t>pizarra.</w:t>
            </w:r>
            <w:r w:rsidRPr="00BD1AE4">
              <w:rPr>
                <w:lang w:val="es-CR"/>
              </w:rPr>
              <w:br/>
              <w:t>– Dibuje, en la pizarra, un objeto del aula que parezca un triángulo.</w:t>
            </w:r>
          </w:p>
          <w:p w14:paraId="7B3FA6F6" w14:textId="1A8AA708" w:rsidR="00DC28F3" w:rsidRPr="00596695" w:rsidRDefault="00005FA1" w:rsidP="00DC28F3">
            <w:pPr>
              <w:rPr>
                <w:lang w:val="es-CR"/>
              </w:rPr>
            </w:pPr>
            <w:r w:rsidRPr="00B36666">
              <w:rPr>
                <w:lang w:val="es-CR"/>
              </w:rPr>
              <w:br/>
            </w:r>
            <w:r w:rsidRPr="00B36666">
              <w:rPr>
                <w:b/>
                <w:bCs/>
                <w:lang w:val="es-CR"/>
              </w:rPr>
              <w:t>Etapa 2: La movilización y aplicación de los conocimientos</w:t>
            </w:r>
            <w:r w:rsidRPr="00B36666">
              <w:rPr>
                <w:lang w:val="es-CR"/>
              </w:rPr>
              <w:br/>
            </w:r>
          </w:p>
          <w:p w14:paraId="77B6E659" w14:textId="36BCD671" w:rsidR="004F3375" w:rsidRPr="004F3375" w:rsidRDefault="004F3375" w:rsidP="004F3375">
            <w:pPr>
              <w:rPr>
                <w:lang w:val="es-CR"/>
              </w:rPr>
            </w:pPr>
            <w:r w:rsidRPr="004F3375">
              <w:rPr>
                <w:lang w:val="es-CR"/>
              </w:rPr>
              <w:t>Practican lo aprendido mediante la solución de los ejercicios de las páginas 1</w:t>
            </w:r>
            <w:r w:rsidR="00576085">
              <w:rPr>
                <w:lang w:val="es-CR"/>
              </w:rPr>
              <w:t>16</w:t>
            </w:r>
            <w:r w:rsidRPr="004F3375">
              <w:rPr>
                <w:lang w:val="es-CR"/>
              </w:rPr>
              <w:t xml:space="preserve"> a la 1</w:t>
            </w:r>
            <w:r w:rsidR="00576085">
              <w:rPr>
                <w:lang w:val="es-CR"/>
              </w:rPr>
              <w:t>18</w:t>
            </w:r>
            <w:r w:rsidRPr="004F3375">
              <w:rPr>
                <w:lang w:val="es-CR"/>
              </w:rPr>
              <w:t>. Después, participan activamente de la revisión de los mismos que se hará de forma grupal y en la pizarra.</w:t>
            </w:r>
          </w:p>
          <w:p w14:paraId="3EAFEC8D" w14:textId="7D30B951" w:rsidR="004F3375" w:rsidRPr="004F3375" w:rsidRDefault="004F3375" w:rsidP="004F3375">
            <w:pPr>
              <w:rPr>
                <w:lang w:val="es-CR"/>
              </w:rPr>
            </w:pPr>
            <w:r w:rsidRPr="004F3375">
              <w:rPr>
                <w:lang w:val="es-CR"/>
              </w:rPr>
              <w:t>Para trabajar el subtema “Construcción de figuras planas” dan respuesta al problema de la página 1</w:t>
            </w:r>
            <w:r w:rsidR="00576085">
              <w:rPr>
                <w:lang w:val="es-CR"/>
              </w:rPr>
              <w:t>19</w:t>
            </w:r>
            <w:r w:rsidRPr="004F3375">
              <w:rPr>
                <w:lang w:val="es-CR"/>
              </w:rPr>
              <w:t xml:space="preserve"> en el que dibujarán un cuadrilátero sin instrumentos. Después comentan las respuestas y las estrategias empleadas.</w:t>
            </w:r>
          </w:p>
          <w:p w14:paraId="3053237C" w14:textId="14FA7229" w:rsidR="004F3375" w:rsidRPr="004F3375" w:rsidRDefault="004F3375" w:rsidP="004F3375">
            <w:pPr>
              <w:rPr>
                <w:lang w:val="es-CR"/>
              </w:rPr>
            </w:pPr>
            <w:r w:rsidRPr="004F3375">
              <w:rPr>
                <w:lang w:val="es-CR"/>
              </w:rPr>
              <w:t>Practican lo aprendido mediante la solución de los ejercicios de las páginas 12</w:t>
            </w:r>
            <w:r w:rsidR="00576085">
              <w:rPr>
                <w:lang w:val="es-CR"/>
              </w:rPr>
              <w:t xml:space="preserve">0 </w:t>
            </w:r>
            <w:r w:rsidRPr="004F3375">
              <w:rPr>
                <w:lang w:val="es-CR"/>
              </w:rPr>
              <w:t>a la 124. Después, participan activamente de la revisión de los mismos que se hará de forma grupal y en la pizarra.</w:t>
            </w:r>
          </w:p>
          <w:p w14:paraId="008513E8" w14:textId="77777777" w:rsidR="004F3375" w:rsidRPr="004F3375" w:rsidRDefault="004F3375" w:rsidP="004F3375">
            <w:pPr>
              <w:rPr>
                <w:lang w:val="es-CR"/>
              </w:rPr>
            </w:pPr>
            <w:r w:rsidRPr="004F3375">
              <w:rPr>
                <w:lang w:val="es-CR"/>
              </w:rPr>
              <w:t>Si algunos niños requieren más práctica en relación con el dibujo de figuras pueden hacerlo mediante un geoplano en línea. Para esto, pueden utilizar el link que se indica en los Enlaces.</w:t>
            </w:r>
          </w:p>
          <w:p w14:paraId="0C59662E" w14:textId="77777777" w:rsidR="004F3375" w:rsidRPr="004F3375" w:rsidRDefault="004F3375" w:rsidP="004F3375">
            <w:pPr>
              <w:rPr>
                <w:lang w:val="es-CR"/>
              </w:rPr>
            </w:pPr>
            <w:r w:rsidRPr="004F3375">
              <w:rPr>
                <w:lang w:val="es-CR"/>
              </w:rPr>
              <w:t>En el caso de los estudiantes que requieran más práctica o aquellos que terminen rápido las actividades pueden trabajar los ejercicios adicionales del tema que pueden descargar de los Imprimibles.</w:t>
            </w:r>
          </w:p>
          <w:p w14:paraId="5CB19D58" w14:textId="77777777" w:rsidR="004F3375" w:rsidRPr="004F3375" w:rsidRDefault="004F3375" w:rsidP="004F3375">
            <w:pPr>
              <w:rPr>
                <w:lang w:val="es-CR"/>
              </w:rPr>
            </w:pPr>
            <w:r w:rsidRPr="004F3375">
              <w:rPr>
                <w:lang w:val="es-CR"/>
              </w:rPr>
              <w:t>Realiza la Tarea propuesta por el docente en el generador de actividades. El día que el docente indica la presentan para la revisión respectiva.</w:t>
            </w:r>
          </w:p>
          <w:p w14:paraId="2D541F0C" w14:textId="66FA3A6D" w:rsidR="004F3375" w:rsidRDefault="004F3375" w:rsidP="00DC28F3">
            <w:pPr>
              <w:rPr>
                <w:lang w:val="es-CR"/>
              </w:rPr>
            </w:pPr>
            <w:r w:rsidRPr="004F3375">
              <w:rPr>
                <w:lang w:val="es-CR"/>
              </w:rPr>
              <w:lastRenderedPageBreak/>
              <w:t>Efectúan un resumen de los contenidos aprendidos, lo entregan a su docente que revisará que lo indicado es correcto y se encuentra completo.</w:t>
            </w:r>
          </w:p>
          <w:p w14:paraId="7D8A3E4F" w14:textId="5EC45740" w:rsidR="0033760B" w:rsidRDefault="00DC28F3" w:rsidP="00DC28F3">
            <w:pPr>
              <w:rPr>
                <w:lang w:val="es-CR"/>
              </w:rPr>
            </w:pPr>
            <w:r w:rsidRPr="00DC28F3">
              <w:rPr>
                <w:lang w:val="es-CR"/>
              </w:rPr>
              <w:t xml:space="preserve">Realizan la Tarea propuesta por el docente </w:t>
            </w:r>
            <w:r>
              <w:rPr>
                <w:lang w:val="es-CR"/>
              </w:rPr>
              <w:t>(anexos)</w:t>
            </w:r>
            <w:r w:rsidRPr="00DC28F3">
              <w:rPr>
                <w:lang w:val="es-CR"/>
              </w:rPr>
              <w:t>, se pueden buscar las actividades relacionadas con este tema. El día que el docente lo indique la presenten para su revisión respectiva.</w:t>
            </w:r>
          </w:p>
          <w:p w14:paraId="1C7588C5" w14:textId="35F4F172" w:rsidR="00DC28F3" w:rsidRDefault="0033760B" w:rsidP="00DC28F3">
            <w:pPr>
              <w:rPr>
                <w:lang w:val="es-CR"/>
              </w:rPr>
            </w:pPr>
            <w:r>
              <w:rPr>
                <w:lang w:val="es-CR"/>
              </w:rPr>
              <w:t>Desarrollan las actividades presentes en los anexos sobre el tema en estudio.</w:t>
            </w:r>
            <w:r w:rsidR="00DC28F3" w:rsidRPr="00DC28F3">
              <w:rPr>
                <w:lang w:val="es-CR"/>
              </w:rPr>
              <w:br/>
            </w:r>
          </w:p>
          <w:p w14:paraId="5D3CDC91" w14:textId="4178CB44" w:rsidR="004D6C2F" w:rsidRPr="00DC28F3" w:rsidRDefault="004D6C2F" w:rsidP="00DC28F3">
            <w:pPr>
              <w:rPr>
                <w:lang w:val="es-CR"/>
              </w:rPr>
            </w:pPr>
            <w:r>
              <w:rPr>
                <w:lang w:val="es-CR"/>
              </w:rPr>
              <w:t>Resuelven la evaluación sobre el tema elaborada por su docente.</w:t>
            </w:r>
          </w:p>
          <w:p w14:paraId="6F9DBACD" w14:textId="5CC00447" w:rsidR="00D24E36" w:rsidRPr="00596695" w:rsidRDefault="004D6C2F" w:rsidP="00DC28F3">
            <w:pPr>
              <w:rPr>
                <w:lang w:val="es-CR"/>
              </w:rPr>
            </w:pPr>
            <w:r w:rsidRPr="004D6C2F">
              <w:t xml:space="preserve">Se </w:t>
            </w:r>
            <w:proofErr w:type="spellStart"/>
            <w:r w:rsidRPr="004D6C2F">
              <w:t>implementan</w:t>
            </w:r>
            <w:proofErr w:type="spellEnd"/>
            <w:r w:rsidRPr="004D6C2F">
              <w:t xml:space="preserve"> </w:t>
            </w:r>
            <w:proofErr w:type="spellStart"/>
            <w:r w:rsidRPr="004D6C2F">
              <w:t>estrategias</w:t>
            </w:r>
            <w:proofErr w:type="spellEnd"/>
            <w:r w:rsidRPr="004D6C2F">
              <w:t xml:space="preserve"> </w:t>
            </w:r>
            <w:proofErr w:type="spellStart"/>
            <w:r w:rsidRPr="004D6C2F">
              <w:t>basadas</w:t>
            </w:r>
            <w:proofErr w:type="spellEnd"/>
            <w:r w:rsidRPr="004D6C2F">
              <w:t xml:space="preserve"> </w:t>
            </w:r>
            <w:proofErr w:type="spellStart"/>
            <w:r w:rsidRPr="004D6C2F">
              <w:t>en</w:t>
            </w:r>
            <w:proofErr w:type="spellEnd"/>
            <w:r w:rsidRPr="004D6C2F">
              <w:t xml:space="preserve"> </w:t>
            </w:r>
            <w:proofErr w:type="spellStart"/>
            <w:r w:rsidRPr="004D6C2F">
              <w:t>el</w:t>
            </w:r>
            <w:proofErr w:type="spellEnd"/>
            <w:r w:rsidRPr="004D6C2F">
              <w:t xml:space="preserve"> </w:t>
            </w:r>
            <w:proofErr w:type="spellStart"/>
            <w:r w:rsidRPr="004D6C2F">
              <w:t>Diseño</w:t>
            </w:r>
            <w:proofErr w:type="spellEnd"/>
            <w:r w:rsidRPr="004D6C2F">
              <w:t xml:space="preserve"> Universal para </w:t>
            </w:r>
            <w:proofErr w:type="spellStart"/>
            <w:r w:rsidRPr="004D6C2F">
              <w:t>el</w:t>
            </w:r>
            <w:proofErr w:type="spellEnd"/>
            <w:r w:rsidRPr="004D6C2F">
              <w:t xml:space="preserve"> </w:t>
            </w:r>
            <w:proofErr w:type="spellStart"/>
            <w:r w:rsidRPr="004D6C2F">
              <w:t>Aprendizaje</w:t>
            </w:r>
            <w:proofErr w:type="spellEnd"/>
            <w:r w:rsidRPr="004D6C2F">
              <w:t xml:space="preserve"> (DUA), </w:t>
            </w:r>
            <w:proofErr w:type="spellStart"/>
            <w:r w:rsidRPr="004D6C2F">
              <w:t>promoviendo</w:t>
            </w:r>
            <w:proofErr w:type="spellEnd"/>
            <w:r w:rsidRPr="004D6C2F">
              <w:t xml:space="preserve"> </w:t>
            </w:r>
            <w:proofErr w:type="spellStart"/>
            <w:r w:rsidRPr="004D6C2F">
              <w:t>múltiples</w:t>
            </w:r>
            <w:proofErr w:type="spellEnd"/>
            <w:r w:rsidRPr="004D6C2F">
              <w:t xml:space="preserve"> formas de </w:t>
            </w:r>
            <w:proofErr w:type="spellStart"/>
            <w:r w:rsidRPr="004D6C2F">
              <w:t>representación</w:t>
            </w:r>
            <w:proofErr w:type="spellEnd"/>
            <w:r w:rsidRPr="004D6C2F">
              <w:t xml:space="preserve">, </w:t>
            </w:r>
            <w:proofErr w:type="spellStart"/>
            <w:r w:rsidRPr="004D6C2F">
              <w:t>acción</w:t>
            </w:r>
            <w:proofErr w:type="spellEnd"/>
            <w:r w:rsidRPr="004D6C2F">
              <w:t xml:space="preserve"> y </w:t>
            </w:r>
            <w:proofErr w:type="spellStart"/>
            <w:r w:rsidRPr="004D6C2F">
              <w:t>participación</w:t>
            </w:r>
            <w:proofErr w:type="spellEnd"/>
            <w:r w:rsidRPr="004D6C2F">
              <w:t xml:space="preserve">. Para </w:t>
            </w:r>
            <w:proofErr w:type="spellStart"/>
            <w:r w:rsidRPr="004D6C2F">
              <w:t>ello</w:t>
            </w:r>
            <w:proofErr w:type="spellEnd"/>
            <w:r w:rsidRPr="004D6C2F">
              <w:t xml:space="preserve">, se </w:t>
            </w:r>
            <w:proofErr w:type="spellStart"/>
            <w:r w:rsidRPr="004D6C2F">
              <w:t>presentan</w:t>
            </w:r>
            <w:proofErr w:type="spellEnd"/>
            <w:r w:rsidRPr="004D6C2F">
              <w:t xml:space="preserve"> </w:t>
            </w:r>
            <w:proofErr w:type="spellStart"/>
            <w:r w:rsidRPr="004D6C2F">
              <w:t>los</w:t>
            </w:r>
            <w:proofErr w:type="spellEnd"/>
            <w:r w:rsidRPr="004D6C2F">
              <w:t xml:space="preserve"> </w:t>
            </w:r>
            <w:proofErr w:type="spellStart"/>
            <w:r w:rsidRPr="004D6C2F">
              <w:t>contenidos</w:t>
            </w:r>
            <w:proofErr w:type="spellEnd"/>
            <w:r w:rsidRPr="004D6C2F">
              <w:t xml:space="preserve"> </w:t>
            </w:r>
            <w:proofErr w:type="spellStart"/>
            <w:r w:rsidRPr="004D6C2F">
              <w:t>mediante</w:t>
            </w:r>
            <w:proofErr w:type="spellEnd"/>
            <w:r w:rsidRPr="004D6C2F">
              <w:t xml:space="preserve"> </w:t>
            </w:r>
            <w:proofErr w:type="spellStart"/>
            <w:r w:rsidRPr="004D6C2F">
              <w:t>el</w:t>
            </w:r>
            <w:proofErr w:type="spellEnd"/>
            <w:r w:rsidRPr="004D6C2F">
              <w:t xml:space="preserve"> </w:t>
            </w:r>
            <w:proofErr w:type="spellStart"/>
            <w:r w:rsidRPr="004D6C2F">
              <w:t>uso</w:t>
            </w:r>
            <w:proofErr w:type="spellEnd"/>
            <w:r w:rsidRPr="004D6C2F">
              <w:t xml:space="preserve"> de </w:t>
            </w:r>
            <w:proofErr w:type="spellStart"/>
            <w:r w:rsidRPr="004D6C2F">
              <w:t>objetos</w:t>
            </w:r>
            <w:proofErr w:type="spellEnd"/>
            <w:r w:rsidRPr="004D6C2F">
              <w:t xml:space="preserve"> </w:t>
            </w:r>
            <w:proofErr w:type="spellStart"/>
            <w:r w:rsidRPr="004D6C2F">
              <w:t>concretos</w:t>
            </w:r>
            <w:proofErr w:type="spellEnd"/>
            <w:r w:rsidRPr="004D6C2F">
              <w:t xml:space="preserve">, </w:t>
            </w:r>
            <w:proofErr w:type="spellStart"/>
            <w:r w:rsidRPr="004D6C2F">
              <w:t>demostraciones</w:t>
            </w:r>
            <w:proofErr w:type="spellEnd"/>
            <w:r w:rsidRPr="004D6C2F">
              <w:t xml:space="preserve"> </w:t>
            </w:r>
            <w:proofErr w:type="spellStart"/>
            <w:r w:rsidRPr="004D6C2F">
              <w:t>prácticas</w:t>
            </w:r>
            <w:proofErr w:type="spellEnd"/>
            <w:r w:rsidRPr="004D6C2F">
              <w:t xml:space="preserve"> y </w:t>
            </w:r>
            <w:proofErr w:type="spellStart"/>
            <w:r w:rsidRPr="004D6C2F">
              <w:t>apoyos</w:t>
            </w:r>
            <w:proofErr w:type="spellEnd"/>
            <w:r w:rsidRPr="004D6C2F">
              <w:t xml:space="preserve"> </w:t>
            </w:r>
            <w:proofErr w:type="spellStart"/>
            <w:r w:rsidRPr="004D6C2F">
              <w:t>visuales</w:t>
            </w:r>
            <w:proofErr w:type="spellEnd"/>
            <w:r w:rsidRPr="004D6C2F">
              <w:t xml:space="preserve"> </w:t>
            </w:r>
            <w:proofErr w:type="spellStart"/>
            <w:r w:rsidRPr="004D6C2F">
              <w:t>que</w:t>
            </w:r>
            <w:proofErr w:type="spellEnd"/>
            <w:r w:rsidRPr="004D6C2F">
              <w:t xml:space="preserve"> </w:t>
            </w:r>
            <w:proofErr w:type="spellStart"/>
            <w:r w:rsidRPr="004D6C2F">
              <w:t>facilitan</w:t>
            </w:r>
            <w:proofErr w:type="spellEnd"/>
            <w:r w:rsidRPr="004D6C2F">
              <w:t xml:space="preserve"> la </w:t>
            </w:r>
            <w:proofErr w:type="spellStart"/>
            <w:r w:rsidRPr="004D6C2F">
              <w:t>comprensión</w:t>
            </w:r>
            <w:proofErr w:type="spellEnd"/>
            <w:r w:rsidRPr="004D6C2F">
              <w:t xml:space="preserve"> de las </w:t>
            </w:r>
            <w:proofErr w:type="spellStart"/>
            <w:r w:rsidRPr="004D6C2F">
              <w:t>medidas</w:t>
            </w:r>
            <w:proofErr w:type="spellEnd"/>
            <w:r w:rsidRPr="004D6C2F">
              <w:t xml:space="preserve"> de </w:t>
            </w:r>
            <w:proofErr w:type="spellStart"/>
            <w:r w:rsidRPr="004D6C2F">
              <w:t>longitud</w:t>
            </w:r>
            <w:proofErr w:type="spellEnd"/>
            <w:r w:rsidRPr="004D6C2F">
              <w:t xml:space="preserve">. </w:t>
            </w:r>
            <w:proofErr w:type="spellStart"/>
            <w:r w:rsidRPr="004D6C2F">
              <w:t>Asimismo</w:t>
            </w:r>
            <w:proofErr w:type="spellEnd"/>
            <w:r w:rsidRPr="004D6C2F">
              <w:t xml:space="preserve">, se </w:t>
            </w:r>
            <w:proofErr w:type="spellStart"/>
            <w:r w:rsidRPr="004D6C2F">
              <w:t>brindan</w:t>
            </w:r>
            <w:proofErr w:type="spellEnd"/>
            <w:r w:rsidRPr="004D6C2F">
              <w:t xml:space="preserve"> </w:t>
            </w:r>
            <w:proofErr w:type="spellStart"/>
            <w:r w:rsidRPr="004D6C2F">
              <w:t>diversas</w:t>
            </w:r>
            <w:proofErr w:type="spellEnd"/>
            <w:r w:rsidRPr="004D6C2F">
              <w:t xml:space="preserve"> </w:t>
            </w:r>
            <w:proofErr w:type="spellStart"/>
            <w:r w:rsidRPr="004D6C2F">
              <w:t>opciones</w:t>
            </w:r>
            <w:proofErr w:type="spellEnd"/>
            <w:r w:rsidRPr="004D6C2F">
              <w:t xml:space="preserve"> para </w:t>
            </w:r>
            <w:proofErr w:type="spellStart"/>
            <w:r w:rsidRPr="004D6C2F">
              <w:t>que</w:t>
            </w:r>
            <w:proofErr w:type="spellEnd"/>
            <w:r w:rsidRPr="004D6C2F">
              <w:t xml:space="preserve"> </w:t>
            </w:r>
            <w:proofErr w:type="spellStart"/>
            <w:r w:rsidRPr="004D6C2F">
              <w:t>el</w:t>
            </w:r>
            <w:proofErr w:type="spellEnd"/>
            <w:r w:rsidRPr="004D6C2F">
              <w:t xml:space="preserve"> </w:t>
            </w:r>
            <w:proofErr w:type="spellStart"/>
            <w:r w:rsidRPr="004D6C2F">
              <w:t>estudiantado</w:t>
            </w:r>
            <w:proofErr w:type="spellEnd"/>
            <w:r w:rsidRPr="004D6C2F">
              <w:t xml:space="preserve"> </w:t>
            </w:r>
            <w:proofErr w:type="spellStart"/>
            <w:r w:rsidRPr="004D6C2F">
              <w:t>exprese</w:t>
            </w:r>
            <w:proofErr w:type="spellEnd"/>
            <w:r w:rsidRPr="004D6C2F">
              <w:t xml:space="preserve"> </w:t>
            </w:r>
            <w:proofErr w:type="spellStart"/>
            <w:r w:rsidRPr="004D6C2F">
              <w:t>su</w:t>
            </w:r>
            <w:proofErr w:type="spellEnd"/>
            <w:r w:rsidRPr="004D6C2F">
              <w:t xml:space="preserve"> </w:t>
            </w:r>
            <w:proofErr w:type="spellStart"/>
            <w:r w:rsidRPr="004D6C2F">
              <w:t>aprendizaje</w:t>
            </w:r>
            <w:proofErr w:type="spellEnd"/>
            <w:r w:rsidRPr="004D6C2F">
              <w:t xml:space="preserve">, </w:t>
            </w:r>
            <w:proofErr w:type="spellStart"/>
            <w:r w:rsidRPr="004D6C2F">
              <w:t>como</w:t>
            </w:r>
            <w:proofErr w:type="spellEnd"/>
            <w:r w:rsidRPr="004D6C2F">
              <w:t xml:space="preserve"> la </w:t>
            </w:r>
            <w:proofErr w:type="spellStart"/>
            <w:r w:rsidRPr="004D6C2F">
              <w:t>medición</w:t>
            </w:r>
            <w:proofErr w:type="spellEnd"/>
            <w:r w:rsidRPr="004D6C2F">
              <w:t xml:space="preserve"> con </w:t>
            </w:r>
            <w:proofErr w:type="spellStart"/>
            <w:r w:rsidRPr="004D6C2F">
              <w:t>su</w:t>
            </w:r>
            <w:proofErr w:type="spellEnd"/>
            <w:r w:rsidRPr="004D6C2F">
              <w:t xml:space="preserve"> </w:t>
            </w:r>
            <w:proofErr w:type="spellStart"/>
            <w:r w:rsidRPr="004D6C2F">
              <w:t>propio</w:t>
            </w:r>
            <w:proofErr w:type="spellEnd"/>
            <w:r w:rsidRPr="004D6C2F">
              <w:t xml:space="preserve"> </w:t>
            </w:r>
            <w:proofErr w:type="spellStart"/>
            <w:r w:rsidRPr="004D6C2F">
              <w:t>cuerpo</w:t>
            </w:r>
            <w:proofErr w:type="spellEnd"/>
            <w:r w:rsidRPr="004D6C2F">
              <w:t xml:space="preserve">, </w:t>
            </w:r>
            <w:proofErr w:type="spellStart"/>
            <w:r w:rsidRPr="004D6C2F">
              <w:t>el</w:t>
            </w:r>
            <w:proofErr w:type="spellEnd"/>
            <w:r w:rsidRPr="004D6C2F">
              <w:t xml:space="preserve"> </w:t>
            </w:r>
            <w:proofErr w:type="spellStart"/>
            <w:r w:rsidRPr="004D6C2F">
              <w:t>uso</w:t>
            </w:r>
            <w:proofErr w:type="spellEnd"/>
            <w:r w:rsidRPr="004D6C2F">
              <w:t xml:space="preserve"> de </w:t>
            </w:r>
            <w:proofErr w:type="spellStart"/>
            <w:r w:rsidRPr="004D6C2F">
              <w:t>instrumentos</w:t>
            </w:r>
            <w:proofErr w:type="spellEnd"/>
            <w:r w:rsidRPr="004D6C2F">
              <w:t xml:space="preserve"> (metro y </w:t>
            </w:r>
            <w:proofErr w:type="spellStart"/>
            <w:r w:rsidRPr="004D6C2F">
              <w:t>centímetro</w:t>
            </w:r>
            <w:proofErr w:type="spellEnd"/>
            <w:r w:rsidRPr="004D6C2F">
              <w:t xml:space="preserve">), </w:t>
            </w:r>
            <w:proofErr w:type="spellStart"/>
            <w:r w:rsidRPr="004D6C2F">
              <w:t>el</w:t>
            </w:r>
            <w:proofErr w:type="spellEnd"/>
            <w:r w:rsidRPr="004D6C2F">
              <w:t xml:space="preserve"> </w:t>
            </w:r>
            <w:proofErr w:type="spellStart"/>
            <w:r w:rsidRPr="004D6C2F">
              <w:t>dibujo</w:t>
            </w:r>
            <w:proofErr w:type="spellEnd"/>
            <w:r w:rsidRPr="004D6C2F">
              <w:t xml:space="preserve"> y la </w:t>
            </w:r>
            <w:proofErr w:type="spellStart"/>
            <w:r w:rsidRPr="004D6C2F">
              <w:t>respuesta</w:t>
            </w:r>
            <w:proofErr w:type="spellEnd"/>
            <w:r w:rsidRPr="004D6C2F">
              <w:t xml:space="preserve"> oral o </w:t>
            </w:r>
            <w:proofErr w:type="spellStart"/>
            <w:r w:rsidRPr="004D6C2F">
              <w:t>escrita</w:t>
            </w:r>
            <w:proofErr w:type="spellEnd"/>
            <w:r w:rsidRPr="004D6C2F">
              <w:t xml:space="preserve">. </w:t>
            </w:r>
            <w:proofErr w:type="spellStart"/>
            <w:r w:rsidRPr="004D6C2F">
              <w:t>Además</w:t>
            </w:r>
            <w:proofErr w:type="spellEnd"/>
            <w:r w:rsidRPr="004D6C2F">
              <w:t xml:space="preserve">, se </w:t>
            </w:r>
            <w:proofErr w:type="spellStart"/>
            <w:r w:rsidRPr="004D6C2F">
              <w:t>fomenta</w:t>
            </w:r>
            <w:proofErr w:type="spellEnd"/>
            <w:r w:rsidRPr="004D6C2F">
              <w:t xml:space="preserve"> la </w:t>
            </w:r>
            <w:proofErr w:type="spellStart"/>
            <w:r w:rsidRPr="004D6C2F">
              <w:t>motivación</w:t>
            </w:r>
            <w:proofErr w:type="spellEnd"/>
            <w:r w:rsidRPr="004D6C2F">
              <w:t xml:space="preserve"> y </w:t>
            </w:r>
            <w:proofErr w:type="spellStart"/>
            <w:r w:rsidRPr="004D6C2F">
              <w:t>el</w:t>
            </w:r>
            <w:proofErr w:type="spellEnd"/>
            <w:r w:rsidRPr="004D6C2F">
              <w:t xml:space="preserve"> </w:t>
            </w:r>
            <w:proofErr w:type="spellStart"/>
            <w:r w:rsidRPr="004D6C2F">
              <w:t>interés</w:t>
            </w:r>
            <w:proofErr w:type="spellEnd"/>
            <w:r w:rsidRPr="004D6C2F">
              <w:t xml:space="preserve"> </w:t>
            </w:r>
            <w:proofErr w:type="spellStart"/>
            <w:r w:rsidRPr="004D6C2F">
              <w:t>mediante</w:t>
            </w:r>
            <w:proofErr w:type="spellEnd"/>
            <w:r w:rsidRPr="004D6C2F">
              <w:t xml:space="preserve"> </w:t>
            </w:r>
            <w:proofErr w:type="spellStart"/>
            <w:r w:rsidRPr="004D6C2F">
              <w:t>actividades</w:t>
            </w:r>
            <w:proofErr w:type="spellEnd"/>
            <w:r w:rsidRPr="004D6C2F">
              <w:t xml:space="preserve"> </w:t>
            </w:r>
            <w:proofErr w:type="spellStart"/>
            <w:r w:rsidRPr="004D6C2F">
              <w:t>contextualizadas</w:t>
            </w:r>
            <w:proofErr w:type="spellEnd"/>
            <w:r w:rsidRPr="004D6C2F">
              <w:t xml:space="preserve"> </w:t>
            </w:r>
            <w:proofErr w:type="spellStart"/>
            <w:r w:rsidRPr="004D6C2F">
              <w:t>en</w:t>
            </w:r>
            <w:proofErr w:type="spellEnd"/>
            <w:r w:rsidRPr="004D6C2F">
              <w:t xml:space="preserve"> </w:t>
            </w:r>
            <w:proofErr w:type="spellStart"/>
            <w:r w:rsidRPr="004D6C2F">
              <w:t>su</w:t>
            </w:r>
            <w:proofErr w:type="spellEnd"/>
            <w:r w:rsidRPr="004D6C2F">
              <w:t xml:space="preserve"> </w:t>
            </w:r>
            <w:proofErr w:type="spellStart"/>
            <w:r w:rsidRPr="004D6C2F">
              <w:t>entorno</w:t>
            </w:r>
            <w:proofErr w:type="spellEnd"/>
            <w:r w:rsidRPr="004D6C2F">
              <w:t xml:space="preserve">, </w:t>
            </w:r>
            <w:proofErr w:type="spellStart"/>
            <w:r w:rsidRPr="004D6C2F">
              <w:t>trabajo</w:t>
            </w:r>
            <w:proofErr w:type="spellEnd"/>
            <w:r w:rsidRPr="004D6C2F">
              <w:t xml:space="preserve"> </w:t>
            </w:r>
            <w:proofErr w:type="spellStart"/>
            <w:r w:rsidRPr="004D6C2F">
              <w:t>colaborativo</w:t>
            </w:r>
            <w:proofErr w:type="spellEnd"/>
            <w:r w:rsidRPr="004D6C2F">
              <w:t xml:space="preserve"> y </w:t>
            </w:r>
            <w:proofErr w:type="spellStart"/>
            <w:r w:rsidRPr="004D6C2F">
              <w:t>exploración</w:t>
            </w:r>
            <w:proofErr w:type="spellEnd"/>
            <w:r w:rsidRPr="004D6C2F">
              <w:t xml:space="preserve"> </w:t>
            </w:r>
            <w:proofErr w:type="spellStart"/>
            <w:r w:rsidRPr="004D6C2F">
              <w:t>activa</w:t>
            </w:r>
            <w:proofErr w:type="spellEnd"/>
            <w:r w:rsidRPr="004D6C2F">
              <w:t xml:space="preserve">, </w:t>
            </w:r>
            <w:proofErr w:type="spellStart"/>
            <w:r w:rsidRPr="004D6C2F">
              <w:t>permitiendo</w:t>
            </w:r>
            <w:proofErr w:type="spellEnd"/>
            <w:r w:rsidRPr="004D6C2F">
              <w:t xml:space="preserve"> </w:t>
            </w:r>
            <w:proofErr w:type="spellStart"/>
            <w:r w:rsidRPr="004D6C2F">
              <w:t>que</w:t>
            </w:r>
            <w:proofErr w:type="spellEnd"/>
            <w:r w:rsidRPr="004D6C2F">
              <w:t xml:space="preserve"> </w:t>
            </w:r>
            <w:proofErr w:type="spellStart"/>
            <w:r w:rsidRPr="004D6C2F">
              <w:t>cada</w:t>
            </w:r>
            <w:proofErr w:type="spellEnd"/>
            <w:r w:rsidRPr="004D6C2F">
              <w:t xml:space="preserve"> </w:t>
            </w:r>
            <w:proofErr w:type="spellStart"/>
            <w:r w:rsidRPr="004D6C2F">
              <w:t>estudiante</w:t>
            </w:r>
            <w:proofErr w:type="spellEnd"/>
            <w:r w:rsidRPr="004D6C2F">
              <w:t xml:space="preserve"> </w:t>
            </w:r>
            <w:proofErr w:type="spellStart"/>
            <w:r w:rsidRPr="004D6C2F">
              <w:t>participe</w:t>
            </w:r>
            <w:proofErr w:type="spellEnd"/>
            <w:r w:rsidRPr="004D6C2F">
              <w:t xml:space="preserve"> </w:t>
            </w:r>
            <w:proofErr w:type="spellStart"/>
            <w:r w:rsidRPr="004D6C2F">
              <w:t>según</w:t>
            </w:r>
            <w:proofErr w:type="spellEnd"/>
            <w:r w:rsidRPr="004D6C2F">
              <w:t xml:space="preserve"> sus </w:t>
            </w:r>
            <w:proofErr w:type="spellStart"/>
            <w:r w:rsidRPr="004D6C2F">
              <w:t>características</w:t>
            </w:r>
            <w:proofErr w:type="spellEnd"/>
            <w:r w:rsidRPr="004D6C2F">
              <w:t xml:space="preserve"> y </w:t>
            </w:r>
            <w:proofErr w:type="spellStart"/>
            <w:r w:rsidRPr="004D6C2F">
              <w:t>necesidades</w:t>
            </w:r>
            <w:proofErr w:type="spellEnd"/>
            <w:r w:rsidRPr="004D6C2F">
              <w:t xml:space="preserve">, </w:t>
            </w:r>
            <w:proofErr w:type="spellStart"/>
            <w:r w:rsidRPr="004D6C2F">
              <w:t>favoreciendo</w:t>
            </w:r>
            <w:proofErr w:type="spellEnd"/>
            <w:r w:rsidRPr="004D6C2F">
              <w:t xml:space="preserve"> </w:t>
            </w:r>
            <w:proofErr w:type="spellStart"/>
            <w:r w:rsidRPr="004D6C2F">
              <w:t>así</w:t>
            </w:r>
            <w:proofErr w:type="spellEnd"/>
            <w:r w:rsidRPr="004D6C2F">
              <w:t xml:space="preserve"> un </w:t>
            </w:r>
            <w:proofErr w:type="spellStart"/>
            <w:r w:rsidRPr="004D6C2F">
              <w:t>aprendizaje</w:t>
            </w:r>
            <w:proofErr w:type="spellEnd"/>
            <w:r w:rsidRPr="004D6C2F">
              <w:t xml:space="preserve"> </w:t>
            </w:r>
            <w:proofErr w:type="spellStart"/>
            <w:r w:rsidRPr="004D6C2F">
              <w:t>inclusivo</w:t>
            </w:r>
            <w:proofErr w:type="spellEnd"/>
            <w:r w:rsidRPr="004D6C2F">
              <w:t xml:space="preserve"> y </w:t>
            </w:r>
            <w:proofErr w:type="spellStart"/>
            <w:r w:rsidRPr="004D6C2F">
              <w:t>significativo</w:t>
            </w:r>
            <w:proofErr w:type="spellEnd"/>
            <w:r w:rsidRPr="004D6C2F">
              <w:t>.</w:t>
            </w:r>
          </w:p>
        </w:tc>
        <w:tc>
          <w:tcPr>
            <w:tcW w:w="3070" w:type="dxa"/>
            <w:gridSpan w:val="2"/>
          </w:tcPr>
          <w:p w14:paraId="7A9ECFDE" w14:textId="77777777" w:rsidR="00207F70" w:rsidRPr="00207F70" w:rsidRDefault="00207F70" w:rsidP="00207F70">
            <w:pPr>
              <w:rPr>
                <w:lang w:val="es-CR"/>
              </w:rPr>
            </w:pPr>
            <w:r w:rsidRPr="00207F70">
              <w:rPr>
                <w:lang w:val="es-CR"/>
              </w:rPr>
              <w:lastRenderedPageBreak/>
              <w:t>Observa figuras en el entorno, mediante la realización de los ejercicios orales y escritos.</w:t>
            </w:r>
          </w:p>
          <w:p w14:paraId="3999724F" w14:textId="77777777" w:rsidR="00207F70" w:rsidRPr="00207F70" w:rsidRDefault="00207F70" w:rsidP="00207F70">
            <w:pPr>
              <w:rPr>
                <w:lang w:val="es-CR"/>
              </w:rPr>
            </w:pPr>
            <w:r w:rsidRPr="00207F70">
              <w:rPr>
                <w:lang w:val="es-CR"/>
              </w:rPr>
              <w:t>Identifica triángulos y cuadriláteros en objetos y representaciones del entorno, mediante la realización de los ejercicios orales y escritos.</w:t>
            </w:r>
          </w:p>
          <w:p w14:paraId="4EC30183" w14:textId="77777777" w:rsidR="00207F70" w:rsidRPr="00207F70" w:rsidRDefault="00207F70" w:rsidP="00207F70">
            <w:pPr>
              <w:rPr>
                <w:lang w:val="es-CR"/>
              </w:rPr>
            </w:pPr>
            <w:r w:rsidRPr="00207F70">
              <w:rPr>
                <w:lang w:val="es-CR"/>
              </w:rPr>
              <w:lastRenderedPageBreak/>
              <w:t>Reconoce triángulos y cuadriláteros en objetos y representaciones del entorno, mediante la realización de los ejercicios orales y escritos.</w:t>
            </w:r>
          </w:p>
          <w:p w14:paraId="2A1DDD00" w14:textId="77777777" w:rsidR="00207F70" w:rsidRPr="00207F70" w:rsidRDefault="00207F70" w:rsidP="00207F70">
            <w:pPr>
              <w:rPr>
                <w:lang w:val="es-CR"/>
              </w:rPr>
            </w:pPr>
            <w:r w:rsidRPr="00207F70">
              <w:rPr>
                <w:lang w:val="es-CR"/>
              </w:rPr>
              <w:t>Identifica triángulos y cuadriláteros en objetos y representaciones del entorno, mediante la realización de los ejercicios orales y escritos.</w:t>
            </w:r>
          </w:p>
          <w:p w14:paraId="56B41DBE" w14:textId="77777777" w:rsidR="00207F70" w:rsidRPr="00207F70" w:rsidRDefault="00207F70" w:rsidP="00207F70">
            <w:pPr>
              <w:rPr>
                <w:lang w:val="es-CR"/>
              </w:rPr>
            </w:pPr>
            <w:r w:rsidRPr="00207F70">
              <w:rPr>
                <w:lang w:val="es-CR"/>
              </w:rPr>
              <w:t>Traza triángulos y cuadriláteros utilizando regla y papel cuadriculado, mediante la realización de los ejercicios orales y escritos.</w:t>
            </w:r>
          </w:p>
          <w:p w14:paraId="56E5EC92" w14:textId="77777777" w:rsidR="00207F70" w:rsidRPr="00207F70" w:rsidRDefault="00207F70" w:rsidP="00207F70">
            <w:pPr>
              <w:rPr>
                <w:lang w:val="es-CR"/>
              </w:rPr>
            </w:pPr>
            <w:r w:rsidRPr="00207F70">
              <w:rPr>
                <w:lang w:val="es-CR"/>
              </w:rPr>
              <w:t>Traza triángulos y cuadriláteros utilizando sus propiedades.</w:t>
            </w:r>
          </w:p>
          <w:p w14:paraId="4DB1821E" w14:textId="77777777" w:rsidR="00207F70" w:rsidRPr="00207F70" w:rsidRDefault="00207F70" w:rsidP="00207F70">
            <w:pPr>
              <w:rPr>
                <w:lang w:val="es-CR"/>
              </w:rPr>
            </w:pPr>
            <w:r w:rsidRPr="00207F70">
              <w:rPr>
                <w:lang w:val="es-CR"/>
              </w:rPr>
              <w:t>Observa cuadriláteros en objetos y representaciones del entorno, mediante la realización de los ejercicios orales y escritos.</w:t>
            </w:r>
          </w:p>
          <w:p w14:paraId="2DD99403" w14:textId="77777777" w:rsidR="00207F70" w:rsidRPr="00207F70" w:rsidRDefault="00207F70" w:rsidP="00207F70">
            <w:pPr>
              <w:rPr>
                <w:lang w:val="es-CR"/>
              </w:rPr>
            </w:pPr>
            <w:r w:rsidRPr="00207F70">
              <w:rPr>
                <w:lang w:val="es-CR"/>
              </w:rPr>
              <w:t xml:space="preserve">Menciona características de cuadriláteros en objetos y </w:t>
            </w:r>
            <w:r w:rsidRPr="00207F70">
              <w:rPr>
                <w:lang w:val="es-CR"/>
              </w:rPr>
              <w:lastRenderedPageBreak/>
              <w:t>representaciones del entorno, mediante la realización de los ejercicios orales y escritos.</w:t>
            </w:r>
          </w:p>
          <w:p w14:paraId="0F100C23" w14:textId="77777777" w:rsidR="00207F70" w:rsidRPr="00207F70" w:rsidRDefault="00207F70" w:rsidP="00207F70">
            <w:pPr>
              <w:rPr>
                <w:lang w:val="es-CR"/>
              </w:rPr>
            </w:pPr>
            <w:r w:rsidRPr="00207F70">
              <w:rPr>
                <w:lang w:val="es-CR"/>
              </w:rPr>
              <w:t>Reconoce si un cuadrilátero es un rectángulo en objetos y representaciones del entorno, mediante la realización de los ejercicios orales y escritos.</w:t>
            </w:r>
          </w:p>
          <w:p w14:paraId="75AE5468" w14:textId="77777777" w:rsidR="00207F70" w:rsidRPr="00207F70" w:rsidRDefault="00207F70" w:rsidP="00207F70">
            <w:pPr>
              <w:rPr>
                <w:lang w:val="es-CR"/>
              </w:rPr>
            </w:pPr>
            <w:r w:rsidRPr="00207F70">
              <w:rPr>
                <w:lang w:val="es-CR"/>
              </w:rPr>
              <w:t>Observa rectángulos en objetos y representaciones del entorno.</w:t>
            </w:r>
          </w:p>
          <w:p w14:paraId="3BE914BD" w14:textId="77777777" w:rsidR="00207F70" w:rsidRPr="00207F70" w:rsidRDefault="00207F70" w:rsidP="00207F70">
            <w:pPr>
              <w:rPr>
                <w:lang w:val="es-CR"/>
              </w:rPr>
            </w:pPr>
            <w:r w:rsidRPr="00207F70">
              <w:rPr>
                <w:lang w:val="es-CR"/>
              </w:rPr>
              <w:t>Observa rectángulos en objetos y representaciones del entorno.</w:t>
            </w:r>
          </w:p>
          <w:p w14:paraId="77CD7358" w14:textId="77777777" w:rsidR="00207F70" w:rsidRPr="00207F70" w:rsidRDefault="00207F70" w:rsidP="00207F70">
            <w:pPr>
              <w:rPr>
                <w:lang w:val="es-CR"/>
              </w:rPr>
            </w:pPr>
            <w:r w:rsidRPr="00207F70">
              <w:rPr>
                <w:lang w:val="es-CR"/>
              </w:rPr>
              <w:t>Reconoce si un rectángulo es un cuadrado en objetos y representaciones del entorno, mediante la realización de los ejercicios orales y escritos.</w:t>
            </w:r>
          </w:p>
          <w:p w14:paraId="1FCEEB42" w14:textId="77777777" w:rsidR="00207F70" w:rsidRPr="00207F70" w:rsidRDefault="00207F70" w:rsidP="00207F70">
            <w:pPr>
              <w:rPr>
                <w:lang w:val="es-CR"/>
              </w:rPr>
            </w:pPr>
            <w:r w:rsidRPr="00207F70">
              <w:rPr>
                <w:lang w:val="es-CR"/>
              </w:rPr>
              <w:t>Identifica figuras planas en objetos y representaciones del entorno, mediante la realización de los ejercicios orales y escritos.</w:t>
            </w:r>
          </w:p>
          <w:p w14:paraId="60241938" w14:textId="77777777" w:rsidR="00207F70" w:rsidRPr="00207F70" w:rsidRDefault="00207F70" w:rsidP="00207F70">
            <w:pPr>
              <w:rPr>
                <w:lang w:val="es-CR"/>
              </w:rPr>
            </w:pPr>
            <w:r w:rsidRPr="00207F70">
              <w:rPr>
                <w:lang w:val="es-CR"/>
              </w:rPr>
              <w:lastRenderedPageBreak/>
              <w:t>Detalla aspectos de figuras planas a partir de objetos y representaciones del entorno, mediante la realización de los ejercicios orales y escritos.</w:t>
            </w:r>
          </w:p>
          <w:p w14:paraId="63E855CE" w14:textId="77777777" w:rsidR="00207F70" w:rsidRPr="00207F70" w:rsidRDefault="00207F70" w:rsidP="00207F70">
            <w:pPr>
              <w:rPr>
                <w:lang w:val="es-CR"/>
              </w:rPr>
            </w:pPr>
            <w:r w:rsidRPr="00207F70">
              <w:rPr>
                <w:lang w:val="es-CR"/>
              </w:rPr>
              <w:t>Identifica elementos de una figura plana (vértice, lado) a partir de representaciones diversas, mediante la realización de los ejercicios orales y escritos.</w:t>
            </w:r>
          </w:p>
          <w:p w14:paraId="1114328D" w14:textId="0CD427E9" w:rsidR="00D24E36" w:rsidRPr="00B36666" w:rsidRDefault="00D24E36" w:rsidP="00207F70">
            <w:pPr>
              <w:rPr>
                <w:lang w:val="es-CR"/>
              </w:rPr>
            </w:pPr>
          </w:p>
        </w:tc>
      </w:tr>
      <w:tr w:rsidR="00A723D1" w:rsidRPr="0013299E" w14:paraId="4D0E4C52" w14:textId="77777777" w:rsidTr="00A723D1">
        <w:trPr>
          <w:jc w:val="center"/>
        </w:trPr>
        <w:tc>
          <w:tcPr>
            <w:tcW w:w="13197" w:type="dxa"/>
            <w:gridSpan w:val="6"/>
          </w:tcPr>
          <w:p w14:paraId="1D6996C9" w14:textId="77777777" w:rsidR="00A723D1" w:rsidRPr="0013299E" w:rsidRDefault="00A723D1" w:rsidP="009A1825">
            <w:pPr>
              <w:rPr>
                <w:lang w:val="es-MX"/>
              </w:rPr>
            </w:pPr>
            <w:r w:rsidRPr="0013299E">
              <w:rPr>
                <w:lang w:val="es-MX"/>
              </w:rPr>
              <w:lastRenderedPageBreak/>
              <w:t xml:space="preserve">Reflexiones de la persona docente </w:t>
            </w:r>
          </w:p>
          <w:p w14:paraId="76CA6193" w14:textId="77777777" w:rsidR="00A723D1" w:rsidRPr="0013299E" w:rsidRDefault="00A723D1" w:rsidP="009A1825"/>
        </w:tc>
      </w:tr>
      <w:tr w:rsidR="00A723D1" w:rsidRPr="0013299E" w14:paraId="60C3F5BA" w14:textId="77777777" w:rsidTr="00A723D1">
        <w:trPr>
          <w:jc w:val="center"/>
        </w:trPr>
        <w:tc>
          <w:tcPr>
            <w:tcW w:w="2568" w:type="dxa"/>
            <w:gridSpan w:val="2"/>
          </w:tcPr>
          <w:p w14:paraId="3892D2CF" w14:textId="77777777" w:rsidR="00A723D1" w:rsidRPr="0013299E" w:rsidRDefault="00A723D1" w:rsidP="009A1825">
            <w:r w:rsidRPr="0013299E">
              <w:rPr>
                <w:lang w:val="es-MX"/>
              </w:rPr>
              <w:t>¿Qué funcionó?</w:t>
            </w:r>
          </w:p>
        </w:tc>
        <w:tc>
          <w:tcPr>
            <w:tcW w:w="7824" w:type="dxa"/>
            <w:gridSpan w:val="2"/>
          </w:tcPr>
          <w:p w14:paraId="73AE340D" w14:textId="77777777" w:rsidR="00A723D1" w:rsidRPr="0013299E" w:rsidRDefault="00A723D1" w:rsidP="009A1825">
            <w:r w:rsidRPr="0013299E">
              <w:rPr>
                <w:lang w:val="es-MX"/>
              </w:rPr>
              <w:t>¿Qué no funcionó?</w:t>
            </w:r>
          </w:p>
        </w:tc>
        <w:tc>
          <w:tcPr>
            <w:tcW w:w="2805" w:type="dxa"/>
            <w:gridSpan w:val="2"/>
          </w:tcPr>
          <w:p w14:paraId="7D0FC34A" w14:textId="77777777" w:rsidR="00A723D1" w:rsidRPr="0013299E" w:rsidRDefault="00A723D1" w:rsidP="009A1825">
            <w:r w:rsidRPr="0013299E">
              <w:t>¿</w:t>
            </w:r>
            <w:proofErr w:type="spellStart"/>
            <w:r w:rsidRPr="0013299E">
              <w:t>Qué</w:t>
            </w:r>
            <w:proofErr w:type="spellEnd"/>
            <w:r w:rsidRPr="0013299E">
              <w:t xml:space="preserve"> </w:t>
            </w:r>
            <w:proofErr w:type="spellStart"/>
            <w:r w:rsidRPr="0013299E">
              <w:t>puedo</w:t>
            </w:r>
            <w:proofErr w:type="spellEnd"/>
            <w:r w:rsidRPr="0013299E">
              <w:t xml:space="preserve"> </w:t>
            </w:r>
            <w:proofErr w:type="spellStart"/>
            <w:r w:rsidRPr="0013299E">
              <w:t>mejorar</w:t>
            </w:r>
            <w:proofErr w:type="spellEnd"/>
            <w:r w:rsidRPr="0013299E">
              <w:t>?</w:t>
            </w:r>
          </w:p>
        </w:tc>
      </w:tr>
      <w:tr w:rsidR="00A723D1" w:rsidRPr="0013299E" w14:paraId="4ED2709A" w14:textId="77777777" w:rsidTr="00A723D1">
        <w:trPr>
          <w:jc w:val="center"/>
        </w:trPr>
        <w:tc>
          <w:tcPr>
            <w:tcW w:w="13197" w:type="dxa"/>
            <w:gridSpan w:val="6"/>
          </w:tcPr>
          <w:p w14:paraId="58B6C68C" w14:textId="77777777" w:rsidR="00A723D1" w:rsidRPr="0013299E" w:rsidRDefault="00A723D1" w:rsidP="009A1825">
            <w:proofErr w:type="spellStart"/>
            <w:r w:rsidRPr="0013299E">
              <w:lastRenderedPageBreak/>
              <w:t>Observaciones</w:t>
            </w:r>
            <w:proofErr w:type="spellEnd"/>
            <w:r w:rsidRPr="0013299E">
              <w:t>:</w:t>
            </w:r>
          </w:p>
          <w:p w14:paraId="76EBCADD" w14:textId="77777777" w:rsidR="00A723D1" w:rsidRPr="0013299E" w:rsidRDefault="00A723D1" w:rsidP="009A1825"/>
        </w:tc>
      </w:tr>
    </w:tbl>
    <w:p w14:paraId="7A36A892" w14:textId="77777777" w:rsidR="00F84D40" w:rsidRDefault="00F84D40" w:rsidP="00B36666">
      <w:pPr>
        <w:rPr>
          <w:lang w:val="es-CR"/>
        </w:rPr>
      </w:pPr>
    </w:p>
    <w:p w14:paraId="1DEDE712" w14:textId="77777777" w:rsidR="00A723D1" w:rsidRDefault="00A723D1" w:rsidP="00B36666">
      <w:pPr>
        <w:rPr>
          <w:lang w:val="es-CR"/>
        </w:rPr>
      </w:pPr>
    </w:p>
    <w:p w14:paraId="4AC66518" w14:textId="77777777" w:rsidR="00A723D1" w:rsidRDefault="00A723D1" w:rsidP="00B36666">
      <w:pPr>
        <w:rPr>
          <w:lang w:val="es-CR"/>
        </w:rPr>
      </w:pPr>
    </w:p>
    <w:p w14:paraId="38213577" w14:textId="77777777" w:rsidR="00A723D1" w:rsidRDefault="00A723D1" w:rsidP="00B36666">
      <w:pPr>
        <w:rPr>
          <w:lang w:val="es-CR"/>
        </w:rPr>
      </w:pPr>
    </w:p>
    <w:p w14:paraId="6D0CF7B6" w14:textId="77777777" w:rsidR="00A723D1" w:rsidRDefault="00A723D1" w:rsidP="00B36666">
      <w:pPr>
        <w:rPr>
          <w:lang w:val="es-CR"/>
        </w:rPr>
      </w:pPr>
    </w:p>
    <w:p w14:paraId="2587E706" w14:textId="77777777" w:rsidR="00A723D1" w:rsidRDefault="00A723D1" w:rsidP="00B36666">
      <w:pPr>
        <w:rPr>
          <w:lang w:val="es-CR"/>
        </w:rPr>
      </w:pPr>
    </w:p>
    <w:p w14:paraId="69B685DA" w14:textId="77777777" w:rsidR="00A723D1" w:rsidRDefault="00A723D1" w:rsidP="00B36666">
      <w:pPr>
        <w:rPr>
          <w:lang w:val="es-CR"/>
        </w:rPr>
      </w:pPr>
    </w:p>
    <w:p w14:paraId="1A39F0A3" w14:textId="77777777" w:rsidR="00A723D1" w:rsidRDefault="00A723D1" w:rsidP="00B36666">
      <w:pPr>
        <w:rPr>
          <w:lang w:val="es-CR"/>
        </w:rPr>
        <w:sectPr w:rsidR="00A723D1" w:rsidSect="00B36666">
          <w:headerReference w:type="even" r:id="rId8"/>
          <w:headerReference w:type="first" r:id="rId9"/>
          <w:pgSz w:w="15840" w:h="12240" w:orient="landscape"/>
          <w:pgMar w:top="1800" w:right="1440" w:bottom="1800" w:left="1440" w:header="720" w:footer="720" w:gutter="0"/>
          <w:cols w:space="720"/>
          <w:docGrid w:linePitch="360"/>
        </w:sectPr>
      </w:pPr>
    </w:p>
    <w:p w14:paraId="3BD15B08" w14:textId="77777777" w:rsidR="00A723D1" w:rsidRDefault="00A723D1" w:rsidP="00B36666">
      <w:pPr>
        <w:rPr>
          <w:lang w:val="es-CR"/>
        </w:rPr>
      </w:pPr>
    </w:p>
    <w:p w14:paraId="699E1620" w14:textId="77777777" w:rsidR="00A723D1" w:rsidRDefault="00A723D1" w:rsidP="00B36666">
      <w:pPr>
        <w:rPr>
          <w:lang w:val="es-CR"/>
        </w:rPr>
      </w:pPr>
    </w:p>
    <w:p w14:paraId="70C3A9C1" w14:textId="77777777" w:rsidR="00A723D1" w:rsidRDefault="00A723D1" w:rsidP="00B36666">
      <w:pPr>
        <w:rPr>
          <w:lang w:val="es-CR"/>
        </w:rPr>
      </w:pPr>
    </w:p>
    <w:p w14:paraId="1D54530B" w14:textId="77777777" w:rsidR="00A723D1" w:rsidRDefault="00A723D1" w:rsidP="00B36666">
      <w:pPr>
        <w:rPr>
          <w:lang w:val="es-CR"/>
        </w:rPr>
      </w:pPr>
    </w:p>
    <w:p w14:paraId="47027F46" w14:textId="77777777" w:rsidR="00A723D1" w:rsidRDefault="00A723D1" w:rsidP="00B36666">
      <w:pPr>
        <w:rPr>
          <w:lang w:val="es-CR"/>
        </w:rPr>
      </w:pPr>
    </w:p>
    <w:p w14:paraId="45D975B3" w14:textId="77777777" w:rsidR="00A723D1" w:rsidRDefault="00A723D1" w:rsidP="00B36666">
      <w:pPr>
        <w:rPr>
          <w:lang w:val="es-CR"/>
        </w:rPr>
      </w:pPr>
    </w:p>
    <w:p w14:paraId="428522A1" w14:textId="77777777" w:rsidR="00A723D1" w:rsidRDefault="00A723D1" w:rsidP="00B36666">
      <w:pPr>
        <w:rPr>
          <w:lang w:val="es-CR"/>
        </w:rPr>
      </w:pPr>
    </w:p>
    <w:p w14:paraId="088E42B9" w14:textId="77777777" w:rsidR="00A723D1" w:rsidRDefault="00A723D1" w:rsidP="00B36666">
      <w:pPr>
        <w:rPr>
          <w:lang w:val="es-CR"/>
        </w:rPr>
      </w:pPr>
    </w:p>
    <w:p w14:paraId="54A26A94" w14:textId="77777777" w:rsidR="00A723D1" w:rsidRDefault="00A723D1" w:rsidP="00B36666">
      <w:pPr>
        <w:rPr>
          <w:lang w:val="es-CR"/>
        </w:rPr>
      </w:pPr>
    </w:p>
    <w:p w14:paraId="75DF9285" w14:textId="77777777" w:rsidR="00A723D1" w:rsidRDefault="00A723D1" w:rsidP="00B36666">
      <w:pPr>
        <w:rPr>
          <w:lang w:val="es-CR"/>
        </w:rPr>
      </w:pPr>
    </w:p>
    <w:p w14:paraId="1D04E198" w14:textId="77777777" w:rsidR="00A723D1" w:rsidRDefault="00A723D1" w:rsidP="00B36666">
      <w:pPr>
        <w:rPr>
          <w:lang w:val="es-CR"/>
        </w:rPr>
      </w:pPr>
    </w:p>
    <w:p w14:paraId="5F4F3FA3" w14:textId="77777777" w:rsidR="00A723D1" w:rsidRPr="00A723D1" w:rsidRDefault="00A723D1" w:rsidP="00A723D1">
      <w:pPr>
        <w:jc w:val="center"/>
        <w:rPr>
          <w:b/>
          <w:bCs/>
          <w:sz w:val="72"/>
          <w:szCs w:val="72"/>
          <w:lang w:val="es-CR"/>
        </w:rPr>
      </w:pPr>
      <w:r w:rsidRPr="00A723D1">
        <w:rPr>
          <w:b/>
          <w:bCs/>
          <w:sz w:val="72"/>
          <w:szCs w:val="72"/>
          <w:lang w:val="es-CR"/>
        </w:rPr>
        <w:t>Anexos</w:t>
      </w:r>
    </w:p>
    <w:p w14:paraId="7E492BA0" w14:textId="77777777" w:rsidR="00A723D1" w:rsidRDefault="00A723D1" w:rsidP="00B36666">
      <w:pPr>
        <w:rPr>
          <w:lang w:val="es-CR"/>
        </w:rPr>
      </w:pPr>
    </w:p>
    <w:p w14:paraId="581B8A0A" w14:textId="77777777" w:rsidR="00A723D1" w:rsidRDefault="00A723D1" w:rsidP="00B36666">
      <w:pPr>
        <w:rPr>
          <w:lang w:val="es-CR"/>
        </w:rPr>
      </w:pPr>
    </w:p>
    <w:p w14:paraId="338B97A5" w14:textId="77777777" w:rsidR="00A723D1" w:rsidRDefault="00A723D1" w:rsidP="00B36666">
      <w:pPr>
        <w:rPr>
          <w:lang w:val="es-CR"/>
        </w:rPr>
      </w:pPr>
    </w:p>
    <w:p w14:paraId="58A83E07" w14:textId="77777777" w:rsidR="00EB131A" w:rsidRDefault="00EB131A" w:rsidP="00B36666">
      <w:pPr>
        <w:rPr>
          <w:lang w:val="es-CR"/>
        </w:rPr>
      </w:pPr>
    </w:p>
    <w:p w14:paraId="16B71469" w14:textId="77777777" w:rsidR="00EB131A" w:rsidRDefault="00EB131A" w:rsidP="00B36666">
      <w:pPr>
        <w:rPr>
          <w:lang w:val="es-CR"/>
        </w:rPr>
      </w:pPr>
    </w:p>
    <w:p w14:paraId="18B4E997" w14:textId="77777777" w:rsidR="00EB131A" w:rsidRDefault="00EB131A" w:rsidP="00B36666">
      <w:pPr>
        <w:rPr>
          <w:lang w:val="es-CR"/>
        </w:rPr>
      </w:pPr>
    </w:p>
    <w:p w14:paraId="060EDA2C" w14:textId="77777777" w:rsidR="00EB131A" w:rsidRDefault="00EB131A" w:rsidP="00B36666">
      <w:pPr>
        <w:rPr>
          <w:lang w:val="es-CR"/>
        </w:rPr>
      </w:pPr>
    </w:p>
    <w:p w14:paraId="2AAA82E3" w14:textId="77777777" w:rsidR="00EB131A" w:rsidRDefault="00EB131A" w:rsidP="00B36666">
      <w:pPr>
        <w:rPr>
          <w:lang w:val="es-CR"/>
        </w:rPr>
      </w:pPr>
    </w:p>
    <w:p w14:paraId="502C8E2A" w14:textId="77777777" w:rsidR="00EB131A" w:rsidRDefault="00EB131A" w:rsidP="00B36666">
      <w:pPr>
        <w:rPr>
          <w:lang w:val="es-CR"/>
        </w:rPr>
      </w:pPr>
    </w:p>
    <w:p w14:paraId="14908605" w14:textId="77777777" w:rsidR="00EB131A" w:rsidRDefault="00EB131A" w:rsidP="00B36666">
      <w:pPr>
        <w:rPr>
          <w:lang w:val="es-CR"/>
        </w:rPr>
      </w:pPr>
    </w:p>
    <w:p w14:paraId="43F7C370" w14:textId="77777777" w:rsidR="00EB131A" w:rsidRDefault="00EB131A" w:rsidP="00B36666">
      <w:pPr>
        <w:rPr>
          <w:lang w:val="es-CR"/>
        </w:rPr>
      </w:pPr>
    </w:p>
    <w:p w14:paraId="22898988" w14:textId="77777777" w:rsidR="00EB131A" w:rsidRDefault="00EB131A" w:rsidP="00B36666">
      <w:pPr>
        <w:rPr>
          <w:lang w:val="es-CR"/>
        </w:rPr>
      </w:pPr>
    </w:p>
    <w:p w14:paraId="25C97DB7" w14:textId="77777777" w:rsidR="00C30207" w:rsidRDefault="00C30207" w:rsidP="00B36666">
      <w:pPr>
        <w:rPr>
          <w:b/>
          <w:bCs/>
          <w:lang w:val="es-CR"/>
        </w:rPr>
      </w:pPr>
    </w:p>
    <w:p w14:paraId="61136E99" w14:textId="77777777" w:rsidR="000000AC" w:rsidRPr="000000AC" w:rsidRDefault="000000AC" w:rsidP="000000AC">
      <w:pPr>
        <w:rPr>
          <w:b/>
          <w:bCs/>
          <w:lang w:val="es-CR"/>
        </w:rPr>
      </w:pPr>
      <w:r w:rsidRPr="000000AC">
        <w:rPr>
          <w:b/>
          <w:bCs/>
          <w:lang w:val="es-CR"/>
        </w:rPr>
        <w:lastRenderedPageBreak/>
        <w:t>Actividad 1. “Busco figuras en el aula”</w:t>
      </w:r>
    </w:p>
    <w:p w14:paraId="4186D6D2" w14:textId="77777777" w:rsidR="000000AC" w:rsidRPr="000000AC" w:rsidRDefault="000000AC" w:rsidP="000000AC">
      <w:pPr>
        <w:rPr>
          <w:b/>
          <w:bCs/>
          <w:lang w:val="es-CR"/>
        </w:rPr>
      </w:pPr>
      <w:r w:rsidRPr="000000AC">
        <w:rPr>
          <w:b/>
          <w:bCs/>
          <w:lang w:val="es-CR"/>
        </w:rPr>
        <w:t>Habilidad específica:</w:t>
      </w:r>
    </w:p>
    <w:p w14:paraId="6CEC1E10" w14:textId="77777777" w:rsidR="000000AC" w:rsidRPr="000000AC" w:rsidRDefault="000000AC" w:rsidP="000000AC">
      <w:pPr>
        <w:rPr>
          <w:lang w:val="es-CR"/>
        </w:rPr>
      </w:pPr>
      <w:r w:rsidRPr="000000AC">
        <w:rPr>
          <w:lang w:val="es-CR"/>
        </w:rPr>
        <w:t>Reconocer triángulos y cuadriláteros.</w:t>
      </w:r>
    </w:p>
    <w:p w14:paraId="394A3B9B" w14:textId="77777777" w:rsidR="000000AC" w:rsidRPr="000000AC" w:rsidRDefault="000000AC" w:rsidP="000000AC">
      <w:pPr>
        <w:rPr>
          <w:b/>
          <w:bCs/>
          <w:lang w:val="es-CR"/>
        </w:rPr>
      </w:pPr>
      <w:r w:rsidRPr="000000AC">
        <w:rPr>
          <w:b/>
          <w:bCs/>
          <w:lang w:val="es-CR"/>
        </w:rPr>
        <w:t>Inicio</w:t>
      </w:r>
    </w:p>
    <w:p w14:paraId="6FDD8372" w14:textId="77777777" w:rsidR="000000AC" w:rsidRPr="000000AC" w:rsidRDefault="000000AC" w:rsidP="000000AC">
      <w:pPr>
        <w:rPr>
          <w:lang w:val="es-CR"/>
        </w:rPr>
      </w:pPr>
      <w:r w:rsidRPr="000000AC">
        <w:rPr>
          <w:lang w:val="es-CR"/>
        </w:rPr>
        <w:t>Conversar sobre figuras geométricas presentes en el aula.</w:t>
      </w:r>
    </w:p>
    <w:p w14:paraId="200899F6" w14:textId="77777777" w:rsidR="000000AC" w:rsidRPr="000000AC" w:rsidRDefault="000000AC" w:rsidP="000000AC">
      <w:pPr>
        <w:rPr>
          <w:b/>
          <w:bCs/>
          <w:lang w:val="es-CR"/>
        </w:rPr>
      </w:pPr>
      <w:r w:rsidRPr="000000AC">
        <w:rPr>
          <w:b/>
          <w:bCs/>
          <w:lang w:val="es-CR"/>
        </w:rPr>
        <w:t>Desarrollo</w:t>
      </w:r>
    </w:p>
    <w:p w14:paraId="05073B6D" w14:textId="77777777" w:rsidR="000000AC" w:rsidRPr="000000AC" w:rsidRDefault="000000AC" w:rsidP="000000AC">
      <w:pPr>
        <w:rPr>
          <w:lang w:val="es-CR"/>
        </w:rPr>
      </w:pPr>
      <w:r w:rsidRPr="000000AC">
        <w:rPr>
          <w:lang w:val="es-CR"/>
        </w:rPr>
        <w:t>Los estudiantes observan objetos y clasifican:</w:t>
      </w:r>
    </w:p>
    <w:p w14:paraId="017F7BE6" w14:textId="77777777" w:rsidR="000000AC" w:rsidRPr="000000AC" w:rsidRDefault="000000AC">
      <w:pPr>
        <w:numPr>
          <w:ilvl w:val="0"/>
          <w:numId w:val="7"/>
        </w:numPr>
        <w:rPr>
          <w:lang w:val="es-CR"/>
        </w:rPr>
      </w:pPr>
      <w:r w:rsidRPr="000000AC">
        <w:rPr>
          <w:lang w:val="es-CR"/>
        </w:rPr>
        <w:t xml:space="preserve">triángulos, </w:t>
      </w:r>
    </w:p>
    <w:p w14:paraId="12C0DBFB" w14:textId="77777777" w:rsidR="000000AC" w:rsidRPr="000000AC" w:rsidRDefault="000000AC">
      <w:pPr>
        <w:numPr>
          <w:ilvl w:val="0"/>
          <w:numId w:val="7"/>
        </w:numPr>
        <w:rPr>
          <w:lang w:val="es-CR"/>
        </w:rPr>
      </w:pPr>
      <w:r w:rsidRPr="000000AC">
        <w:rPr>
          <w:lang w:val="es-CR"/>
        </w:rPr>
        <w:t xml:space="preserve">cuadrados, </w:t>
      </w:r>
    </w:p>
    <w:p w14:paraId="0BC3F338" w14:textId="77777777" w:rsidR="000000AC" w:rsidRPr="000000AC" w:rsidRDefault="000000AC">
      <w:pPr>
        <w:numPr>
          <w:ilvl w:val="0"/>
          <w:numId w:val="7"/>
        </w:numPr>
        <w:rPr>
          <w:lang w:val="es-CR"/>
        </w:rPr>
      </w:pPr>
      <w:r w:rsidRPr="000000AC">
        <w:rPr>
          <w:lang w:val="es-CR"/>
        </w:rPr>
        <w:t xml:space="preserve">rectángulos, </w:t>
      </w:r>
    </w:p>
    <w:p w14:paraId="775671D0" w14:textId="77777777" w:rsidR="000000AC" w:rsidRPr="000000AC" w:rsidRDefault="000000AC">
      <w:pPr>
        <w:numPr>
          <w:ilvl w:val="0"/>
          <w:numId w:val="7"/>
        </w:numPr>
        <w:rPr>
          <w:lang w:val="es-CR"/>
        </w:rPr>
      </w:pPr>
      <w:r w:rsidRPr="000000AC">
        <w:rPr>
          <w:lang w:val="es-CR"/>
        </w:rPr>
        <w:t xml:space="preserve">otros cuadriláteros. </w:t>
      </w:r>
    </w:p>
    <w:p w14:paraId="4A591F2D" w14:textId="77777777" w:rsidR="000000AC" w:rsidRPr="000000AC" w:rsidRDefault="000000AC" w:rsidP="000000AC">
      <w:pPr>
        <w:rPr>
          <w:b/>
          <w:bCs/>
          <w:lang w:val="es-CR"/>
        </w:rPr>
      </w:pPr>
      <w:r w:rsidRPr="000000AC">
        <w:rPr>
          <w:b/>
          <w:bCs/>
          <w:lang w:val="es-CR"/>
        </w:rPr>
        <w:t>Cierre</w:t>
      </w:r>
    </w:p>
    <w:p w14:paraId="580DE513" w14:textId="77777777" w:rsidR="000000AC" w:rsidRPr="000000AC" w:rsidRDefault="000000AC" w:rsidP="000000AC">
      <w:pPr>
        <w:rPr>
          <w:lang w:val="es-CR"/>
        </w:rPr>
      </w:pPr>
      <w:r w:rsidRPr="000000AC">
        <w:rPr>
          <w:lang w:val="es-CR"/>
        </w:rPr>
        <w:t>Socializan ejemplos encontrados.</w:t>
      </w:r>
    </w:p>
    <w:p w14:paraId="281A010A" w14:textId="77777777" w:rsidR="000000AC" w:rsidRPr="000000AC" w:rsidRDefault="000000AC" w:rsidP="000000AC">
      <w:pPr>
        <w:rPr>
          <w:b/>
          <w:bCs/>
          <w:lang w:val="es-CR"/>
        </w:rPr>
      </w:pPr>
      <w:r w:rsidRPr="000000AC">
        <w:rPr>
          <w:b/>
          <w:bCs/>
          <w:lang w:val="es-CR"/>
        </w:rPr>
        <w:t>Materiales</w:t>
      </w:r>
    </w:p>
    <w:p w14:paraId="08A6AF22" w14:textId="77777777" w:rsidR="000000AC" w:rsidRPr="000000AC" w:rsidRDefault="000000AC">
      <w:pPr>
        <w:numPr>
          <w:ilvl w:val="0"/>
          <w:numId w:val="8"/>
        </w:numPr>
        <w:rPr>
          <w:lang w:val="es-CR"/>
        </w:rPr>
      </w:pPr>
      <w:r w:rsidRPr="000000AC">
        <w:rPr>
          <w:lang w:val="es-CR"/>
        </w:rPr>
        <w:t xml:space="preserve">Figuras impresas </w:t>
      </w:r>
    </w:p>
    <w:p w14:paraId="7D995E4D" w14:textId="77777777" w:rsidR="000000AC" w:rsidRPr="000000AC" w:rsidRDefault="000000AC">
      <w:pPr>
        <w:numPr>
          <w:ilvl w:val="0"/>
          <w:numId w:val="8"/>
        </w:numPr>
        <w:rPr>
          <w:lang w:val="es-CR"/>
        </w:rPr>
      </w:pPr>
      <w:r w:rsidRPr="000000AC">
        <w:rPr>
          <w:lang w:val="es-CR"/>
        </w:rPr>
        <w:t xml:space="preserve">Carteles </w:t>
      </w:r>
    </w:p>
    <w:p w14:paraId="7FC39D97" w14:textId="77777777" w:rsidR="000000AC" w:rsidRPr="000000AC" w:rsidRDefault="000000AC">
      <w:pPr>
        <w:numPr>
          <w:ilvl w:val="0"/>
          <w:numId w:val="8"/>
        </w:numPr>
        <w:rPr>
          <w:lang w:val="es-CR"/>
        </w:rPr>
      </w:pPr>
      <w:r w:rsidRPr="000000AC">
        <w:rPr>
          <w:lang w:val="es-CR"/>
        </w:rPr>
        <w:t xml:space="preserve">Objetos del aula </w:t>
      </w:r>
    </w:p>
    <w:p w14:paraId="0E81A02C" w14:textId="77777777" w:rsidR="000000AC" w:rsidRPr="000000AC" w:rsidRDefault="000000AC" w:rsidP="000000AC">
      <w:pPr>
        <w:rPr>
          <w:b/>
          <w:bCs/>
          <w:lang w:val="es-CR"/>
        </w:rPr>
      </w:pPr>
      <w:r w:rsidRPr="000000AC">
        <w:rPr>
          <w:b/>
          <w:bCs/>
          <w:lang w:val="es-CR"/>
        </w:rPr>
        <w:t>Anexo 1</w:t>
      </w:r>
    </w:p>
    <w:p w14:paraId="1DEA6445" w14:textId="77777777" w:rsidR="000000AC" w:rsidRPr="000000AC" w:rsidRDefault="000000AC" w:rsidP="000000AC">
      <w:pPr>
        <w:rPr>
          <w:lang w:val="es-CR"/>
        </w:rPr>
      </w:pPr>
      <w:r w:rsidRPr="000000AC">
        <w:rPr>
          <w:lang w:val="es-CR"/>
        </w:rPr>
        <w:t>Tarjetas de figuras geométricas:</w:t>
      </w:r>
      <w:r w:rsidRPr="000000AC">
        <w:rPr>
          <w:lang w:val="es-CR"/>
        </w:rPr>
        <w:br/>
        <w:t>△ □ ▭ ◇</w:t>
      </w:r>
    </w:p>
    <w:p w14:paraId="44156BF4" w14:textId="77777777" w:rsidR="000000AC" w:rsidRPr="000000AC" w:rsidRDefault="000000AC" w:rsidP="000000AC">
      <w:pPr>
        <w:rPr>
          <w:lang w:val="es-CR"/>
        </w:rPr>
      </w:pPr>
      <w:r w:rsidRPr="000000AC">
        <w:rPr>
          <w:lang w:val="es-CR"/>
        </w:rPr>
        <w:pict w14:anchorId="41587665">
          <v:rect id="_x0000_i1857" style="width:0;height:1.5pt" o:hralign="center" o:hrstd="t" o:hr="t" fillcolor="#a0a0a0" stroked="f"/>
        </w:pict>
      </w:r>
    </w:p>
    <w:p w14:paraId="04DB5506" w14:textId="77777777" w:rsidR="000000AC" w:rsidRPr="000000AC" w:rsidRDefault="000000AC" w:rsidP="000000AC">
      <w:pPr>
        <w:rPr>
          <w:b/>
          <w:bCs/>
          <w:lang w:val="es-CR"/>
        </w:rPr>
      </w:pPr>
      <w:r w:rsidRPr="000000AC">
        <w:rPr>
          <w:b/>
          <w:bCs/>
          <w:lang w:val="es-CR"/>
        </w:rPr>
        <w:t>Actividad 2. “Trazo figuras”</w:t>
      </w:r>
    </w:p>
    <w:p w14:paraId="6D597170" w14:textId="77777777" w:rsidR="000000AC" w:rsidRPr="000000AC" w:rsidRDefault="000000AC" w:rsidP="000000AC">
      <w:pPr>
        <w:rPr>
          <w:b/>
          <w:bCs/>
          <w:lang w:val="es-CR"/>
        </w:rPr>
      </w:pPr>
      <w:r w:rsidRPr="000000AC">
        <w:rPr>
          <w:b/>
          <w:bCs/>
          <w:lang w:val="es-CR"/>
        </w:rPr>
        <w:t>Habilidad específica:</w:t>
      </w:r>
    </w:p>
    <w:p w14:paraId="1B61C09D" w14:textId="77777777" w:rsidR="000000AC" w:rsidRPr="000000AC" w:rsidRDefault="000000AC" w:rsidP="000000AC">
      <w:pPr>
        <w:rPr>
          <w:lang w:val="es-CR"/>
        </w:rPr>
      </w:pPr>
      <w:r w:rsidRPr="000000AC">
        <w:rPr>
          <w:lang w:val="es-CR"/>
        </w:rPr>
        <w:t>Trazar triángulos y cuadriláteros utilizando instrumentos geométricos.</w:t>
      </w:r>
    </w:p>
    <w:p w14:paraId="1027024F" w14:textId="77777777" w:rsidR="000000AC" w:rsidRPr="000000AC" w:rsidRDefault="000000AC" w:rsidP="000000AC">
      <w:pPr>
        <w:rPr>
          <w:b/>
          <w:bCs/>
          <w:lang w:val="es-CR"/>
        </w:rPr>
      </w:pPr>
      <w:r w:rsidRPr="000000AC">
        <w:rPr>
          <w:b/>
          <w:bCs/>
          <w:lang w:val="es-CR"/>
        </w:rPr>
        <w:t>Inicio</w:t>
      </w:r>
    </w:p>
    <w:p w14:paraId="439037D0" w14:textId="77777777" w:rsidR="000000AC" w:rsidRPr="000000AC" w:rsidRDefault="000000AC" w:rsidP="000000AC">
      <w:pPr>
        <w:rPr>
          <w:lang w:val="es-CR"/>
        </w:rPr>
      </w:pPr>
      <w:r w:rsidRPr="000000AC">
        <w:rPr>
          <w:lang w:val="es-CR"/>
        </w:rPr>
        <w:t>Explicación del uso de regla.</w:t>
      </w:r>
    </w:p>
    <w:p w14:paraId="0EB9F95D" w14:textId="77777777" w:rsidR="000000AC" w:rsidRPr="000000AC" w:rsidRDefault="000000AC" w:rsidP="000000AC">
      <w:pPr>
        <w:rPr>
          <w:b/>
          <w:bCs/>
          <w:lang w:val="es-CR"/>
        </w:rPr>
      </w:pPr>
      <w:r w:rsidRPr="000000AC">
        <w:rPr>
          <w:b/>
          <w:bCs/>
          <w:lang w:val="es-CR"/>
        </w:rPr>
        <w:lastRenderedPageBreak/>
        <w:t>Desarrollo</w:t>
      </w:r>
    </w:p>
    <w:p w14:paraId="0FA00D40" w14:textId="77777777" w:rsidR="000000AC" w:rsidRPr="000000AC" w:rsidRDefault="000000AC" w:rsidP="000000AC">
      <w:pPr>
        <w:rPr>
          <w:lang w:val="es-CR"/>
        </w:rPr>
      </w:pPr>
      <w:r w:rsidRPr="000000AC">
        <w:rPr>
          <w:lang w:val="es-CR"/>
        </w:rPr>
        <w:t>Los estudiantes trazan:</w:t>
      </w:r>
    </w:p>
    <w:p w14:paraId="0A290707" w14:textId="77777777" w:rsidR="000000AC" w:rsidRPr="000000AC" w:rsidRDefault="000000AC">
      <w:pPr>
        <w:numPr>
          <w:ilvl w:val="0"/>
          <w:numId w:val="9"/>
        </w:numPr>
        <w:rPr>
          <w:lang w:val="es-CR"/>
        </w:rPr>
      </w:pPr>
      <w:r w:rsidRPr="000000AC">
        <w:rPr>
          <w:lang w:val="es-CR"/>
        </w:rPr>
        <w:t xml:space="preserve">triángulos, </w:t>
      </w:r>
    </w:p>
    <w:p w14:paraId="62FF428D" w14:textId="77777777" w:rsidR="000000AC" w:rsidRPr="000000AC" w:rsidRDefault="000000AC">
      <w:pPr>
        <w:numPr>
          <w:ilvl w:val="0"/>
          <w:numId w:val="9"/>
        </w:numPr>
        <w:rPr>
          <w:lang w:val="es-CR"/>
        </w:rPr>
      </w:pPr>
      <w:r w:rsidRPr="000000AC">
        <w:rPr>
          <w:lang w:val="es-CR"/>
        </w:rPr>
        <w:t xml:space="preserve">cuadrados, </w:t>
      </w:r>
    </w:p>
    <w:p w14:paraId="75A8FF19" w14:textId="77777777" w:rsidR="000000AC" w:rsidRPr="000000AC" w:rsidRDefault="000000AC">
      <w:pPr>
        <w:numPr>
          <w:ilvl w:val="0"/>
          <w:numId w:val="9"/>
        </w:numPr>
        <w:rPr>
          <w:lang w:val="es-CR"/>
        </w:rPr>
      </w:pPr>
      <w:r w:rsidRPr="000000AC">
        <w:rPr>
          <w:lang w:val="es-CR"/>
        </w:rPr>
        <w:t xml:space="preserve">rectángulos. </w:t>
      </w:r>
    </w:p>
    <w:p w14:paraId="6F4F6727" w14:textId="77777777" w:rsidR="000000AC" w:rsidRPr="000000AC" w:rsidRDefault="000000AC" w:rsidP="000000AC">
      <w:pPr>
        <w:rPr>
          <w:b/>
          <w:bCs/>
          <w:lang w:val="es-CR"/>
        </w:rPr>
      </w:pPr>
      <w:r w:rsidRPr="000000AC">
        <w:rPr>
          <w:b/>
          <w:bCs/>
          <w:lang w:val="es-CR"/>
        </w:rPr>
        <w:t>Cierre</w:t>
      </w:r>
    </w:p>
    <w:p w14:paraId="543533C9" w14:textId="77777777" w:rsidR="000000AC" w:rsidRPr="000000AC" w:rsidRDefault="000000AC" w:rsidP="000000AC">
      <w:pPr>
        <w:rPr>
          <w:lang w:val="es-CR"/>
        </w:rPr>
      </w:pPr>
      <w:r w:rsidRPr="000000AC">
        <w:rPr>
          <w:lang w:val="es-CR"/>
        </w:rPr>
        <w:t>Exposición de figuras realizadas.</w:t>
      </w:r>
    </w:p>
    <w:p w14:paraId="18108029" w14:textId="77777777" w:rsidR="000000AC" w:rsidRPr="000000AC" w:rsidRDefault="000000AC" w:rsidP="000000AC">
      <w:pPr>
        <w:rPr>
          <w:b/>
          <w:bCs/>
          <w:lang w:val="es-CR"/>
        </w:rPr>
      </w:pPr>
      <w:r w:rsidRPr="000000AC">
        <w:rPr>
          <w:b/>
          <w:bCs/>
          <w:lang w:val="es-CR"/>
        </w:rPr>
        <w:t>Materiales</w:t>
      </w:r>
    </w:p>
    <w:p w14:paraId="4C116C13" w14:textId="77777777" w:rsidR="000000AC" w:rsidRPr="000000AC" w:rsidRDefault="000000AC">
      <w:pPr>
        <w:numPr>
          <w:ilvl w:val="0"/>
          <w:numId w:val="10"/>
        </w:numPr>
        <w:rPr>
          <w:lang w:val="es-CR"/>
        </w:rPr>
      </w:pPr>
      <w:r w:rsidRPr="000000AC">
        <w:rPr>
          <w:lang w:val="es-CR"/>
        </w:rPr>
        <w:t xml:space="preserve">Regla </w:t>
      </w:r>
    </w:p>
    <w:p w14:paraId="536C042C" w14:textId="77777777" w:rsidR="000000AC" w:rsidRPr="000000AC" w:rsidRDefault="000000AC">
      <w:pPr>
        <w:numPr>
          <w:ilvl w:val="0"/>
          <w:numId w:val="10"/>
        </w:numPr>
        <w:rPr>
          <w:lang w:val="es-CR"/>
        </w:rPr>
      </w:pPr>
      <w:r w:rsidRPr="000000AC">
        <w:rPr>
          <w:lang w:val="es-CR"/>
        </w:rPr>
        <w:t xml:space="preserve">Lápiz </w:t>
      </w:r>
    </w:p>
    <w:p w14:paraId="71E8DBB5" w14:textId="77777777" w:rsidR="000000AC" w:rsidRPr="000000AC" w:rsidRDefault="000000AC">
      <w:pPr>
        <w:numPr>
          <w:ilvl w:val="0"/>
          <w:numId w:val="10"/>
        </w:numPr>
        <w:rPr>
          <w:lang w:val="es-CR"/>
        </w:rPr>
      </w:pPr>
      <w:r w:rsidRPr="000000AC">
        <w:rPr>
          <w:lang w:val="es-CR"/>
        </w:rPr>
        <w:t xml:space="preserve">Hojas cuadriculadas </w:t>
      </w:r>
    </w:p>
    <w:p w14:paraId="0D4192C9" w14:textId="77777777" w:rsidR="000000AC" w:rsidRPr="000000AC" w:rsidRDefault="000000AC" w:rsidP="000000AC">
      <w:pPr>
        <w:rPr>
          <w:b/>
          <w:bCs/>
          <w:lang w:val="es-CR"/>
        </w:rPr>
      </w:pPr>
      <w:r w:rsidRPr="000000AC">
        <w:rPr>
          <w:b/>
          <w:bCs/>
          <w:lang w:val="es-CR"/>
        </w:rPr>
        <w:t>Anexo 2</w:t>
      </w:r>
    </w:p>
    <w:p w14:paraId="27A8EF61" w14:textId="77777777" w:rsidR="000000AC" w:rsidRPr="000000AC" w:rsidRDefault="000000AC" w:rsidP="000000AC">
      <w:pPr>
        <w:rPr>
          <w:lang w:val="es-CR"/>
        </w:rPr>
      </w:pPr>
      <w:r w:rsidRPr="000000AC">
        <w:rPr>
          <w:lang w:val="es-CR"/>
        </w:rPr>
        <w:t>Plantilla de trazos:</w:t>
      </w:r>
    </w:p>
    <w:p w14:paraId="16F42539" w14:textId="77777777" w:rsidR="000000AC" w:rsidRPr="000000AC" w:rsidRDefault="000000AC">
      <w:pPr>
        <w:numPr>
          <w:ilvl w:val="0"/>
          <w:numId w:val="11"/>
        </w:numPr>
        <w:rPr>
          <w:lang w:val="es-CR"/>
        </w:rPr>
      </w:pPr>
      <w:r w:rsidRPr="000000AC">
        <w:rPr>
          <w:lang w:val="es-CR"/>
        </w:rPr>
        <w:t xml:space="preserve">líneas punteadas, </w:t>
      </w:r>
    </w:p>
    <w:p w14:paraId="2F44AC0A" w14:textId="77777777" w:rsidR="000000AC" w:rsidRPr="000000AC" w:rsidRDefault="000000AC">
      <w:pPr>
        <w:numPr>
          <w:ilvl w:val="0"/>
          <w:numId w:val="11"/>
        </w:numPr>
        <w:rPr>
          <w:lang w:val="es-CR"/>
        </w:rPr>
      </w:pPr>
      <w:r w:rsidRPr="000000AC">
        <w:rPr>
          <w:lang w:val="es-CR"/>
        </w:rPr>
        <w:t xml:space="preserve">cuadros guía, </w:t>
      </w:r>
    </w:p>
    <w:p w14:paraId="7888B52D" w14:textId="77777777" w:rsidR="000000AC" w:rsidRPr="000000AC" w:rsidRDefault="000000AC">
      <w:pPr>
        <w:numPr>
          <w:ilvl w:val="0"/>
          <w:numId w:val="11"/>
        </w:numPr>
        <w:rPr>
          <w:lang w:val="es-CR"/>
        </w:rPr>
      </w:pPr>
      <w:r w:rsidRPr="000000AC">
        <w:rPr>
          <w:lang w:val="es-CR"/>
        </w:rPr>
        <w:t xml:space="preserve">espacio para copiar figuras. </w:t>
      </w:r>
    </w:p>
    <w:p w14:paraId="2F9B6C5F" w14:textId="77777777" w:rsidR="000000AC" w:rsidRPr="000000AC" w:rsidRDefault="000000AC" w:rsidP="000000AC">
      <w:pPr>
        <w:rPr>
          <w:lang w:val="es-CR"/>
        </w:rPr>
      </w:pPr>
      <w:r w:rsidRPr="000000AC">
        <w:rPr>
          <w:lang w:val="es-CR"/>
        </w:rPr>
        <w:pict w14:anchorId="79C2D0A3">
          <v:rect id="_x0000_i1858" style="width:0;height:1.5pt" o:hralign="center" o:hrstd="t" o:hr="t" fillcolor="#a0a0a0" stroked="f"/>
        </w:pict>
      </w:r>
    </w:p>
    <w:p w14:paraId="78993713" w14:textId="77777777" w:rsidR="000000AC" w:rsidRPr="000000AC" w:rsidRDefault="000000AC" w:rsidP="000000AC">
      <w:pPr>
        <w:rPr>
          <w:b/>
          <w:bCs/>
          <w:lang w:val="es-CR"/>
        </w:rPr>
      </w:pPr>
      <w:r w:rsidRPr="000000AC">
        <w:rPr>
          <w:b/>
          <w:bCs/>
          <w:lang w:val="es-CR"/>
        </w:rPr>
        <w:t>Actividad 3. “¿Es rectángulo?”</w:t>
      </w:r>
    </w:p>
    <w:p w14:paraId="28E2C772" w14:textId="77777777" w:rsidR="000000AC" w:rsidRPr="000000AC" w:rsidRDefault="000000AC" w:rsidP="000000AC">
      <w:pPr>
        <w:rPr>
          <w:b/>
          <w:bCs/>
          <w:lang w:val="es-CR"/>
        </w:rPr>
      </w:pPr>
      <w:r w:rsidRPr="000000AC">
        <w:rPr>
          <w:b/>
          <w:bCs/>
          <w:lang w:val="es-CR"/>
        </w:rPr>
        <w:t>Habilidad específica:</w:t>
      </w:r>
    </w:p>
    <w:p w14:paraId="1F0A177D" w14:textId="77777777" w:rsidR="000000AC" w:rsidRPr="000000AC" w:rsidRDefault="000000AC" w:rsidP="000000AC">
      <w:pPr>
        <w:rPr>
          <w:lang w:val="es-CR"/>
        </w:rPr>
      </w:pPr>
      <w:r w:rsidRPr="000000AC">
        <w:rPr>
          <w:lang w:val="es-CR"/>
        </w:rPr>
        <w:t>Reconocer si un cuadrilátero es un rectángulo.</w:t>
      </w:r>
    </w:p>
    <w:p w14:paraId="6133DD4A" w14:textId="77777777" w:rsidR="000000AC" w:rsidRPr="000000AC" w:rsidRDefault="000000AC" w:rsidP="000000AC">
      <w:pPr>
        <w:rPr>
          <w:b/>
          <w:bCs/>
          <w:lang w:val="es-CR"/>
        </w:rPr>
      </w:pPr>
      <w:r w:rsidRPr="000000AC">
        <w:rPr>
          <w:b/>
          <w:bCs/>
          <w:lang w:val="es-CR"/>
        </w:rPr>
        <w:t>Inicio</w:t>
      </w:r>
    </w:p>
    <w:p w14:paraId="1DBD59A5" w14:textId="77777777" w:rsidR="000000AC" w:rsidRPr="000000AC" w:rsidRDefault="000000AC" w:rsidP="000000AC">
      <w:pPr>
        <w:rPr>
          <w:lang w:val="es-CR"/>
        </w:rPr>
      </w:pPr>
      <w:r w:rsidRPr="000000AC">
        <w:rPr>
          <w:lang w:val="es-CR"/>
        </w:rPr>
        <w:t>Mostrar diferentes cuadriláteros.</w:t>
      </w:r>
    </w:p>
    <w:p w14:paraId="0424C8CA" w14:textId="77777777" w:rsidR="000000AC" w:rsidRPr="000000AC" w:rsidRDefault="000000AC" w:rsidP="000000AC">
      <w:pPr>
        <w:rPr>
          <w:b/>
          <w:bCs/>
          <w:lang w:val="es-CR"/>
        </w:rPr>
      </w:pPr>
      <w:r w:rsidRPr="000000AC">
        <w:rPr>
          <w:b/>
          <w:bCs/>
          <w:lang w:val="es-CR"/>
        </w:rPr>
        <w:t>Desarrollo</w:t>
      </w:r>
    </w:p>
    <w:p w14:paraId="1237A98E" w14:textId="77777777" w:rsidR="000000AC" w:rsidRPr="000000AC" w:rsidRDefault="000000AC" w:rsidP="000000AC">
      <w:pPr>
        <w:rPr>
          <w:lang w:val="es-CR"/>
        </w:rPr>
      </w:pPr>
      <w:r w:rsidRPr="000000AC">
        <w:rPr>
          <w:lang w:val="es-CR"/>
        </w:rPr>
        <w:t>Los estudiantes colorean únicamente los rectángulos.</w:t>
      </w:r>
    </w:p>
    <w:p w14:paraId="7C705A97" w14:textId="77777777" w:rsidR="000000AC" w:rsidRPr="000000AC" w:rsidRDefault="000000AC" w:rsidP="000000AC">
      <w:pPr>
        <w:rPr>
          <w:b/>
          <w:bCs/>
          <w:lang w:val="es-CR"/>
        </w:rPr>
      </w:pPr>
      <w:r w:rsidRPr="000000AC">
        <w:rPr>
          <w:b/>
          <w:bCs/>
          <w:lang w:val="es-CR"/>
        </w:rPr>
        <w:t>Cierre</w:t>
      </w:r>
    </w:p>
    <w:p w14:paraId="7D5040EC" w14:textId="77777777" w:rsidR="000000AC" w:rsidRPr="000000AC" w:rsidRDefault="000000AC" w:rsidP="000000AC">
      <w:pPr>
        <w:rPr>
          <w:lang w:val="es-CR"/>
        </w:rPr>
      </w:pPr>
      <w:r w:rsidRPr="000000AC">
        <w:rPr>
          <w:lang w:val="es-CR"/>
        </w:rPr>
        <w:t>Explican por qué eligieron cada figura.</w:t>
      </w:r>
    </w:p>
    <w:p w14:paraId="0AD7977F" w14:textId="77777777" w:rsidR="000000AC" w:rsidRPr="000000AC" w:rsidRDefault="000000AC" w:rsidP="000000AC">
      <w:pPr>
        <w:rPr>
          <w:b/>
          <w:bCs/>
          <w:lang w:val="es-CR"/>
        </w:rPr>
      </w:pPr>
      <w:r w:rsidRPr="000000AC">
        <w:rPr>
          <w:b/>
          <w:bCs/>
          <w:lang w:val="es-CR"/>
        </w:rPr>
        <w:lastRenderedPageBreak/>
        <w:t>Materiales</w:t>
      </w:r>
    </w:p>
    <w:p w14:paraId="0BDB9D0F" w14:textId="77777777" w:rsidR="000000AC" w:rsidRPr="000000AC" w:rsidRDefault="000000AC">
      <w:pPr>
        <w:numPr>
          <w:ilvl w:val="0"/>
          <w:numId w:val="12"/>
        </w:numPr>
        <w:rPr>
          <w:lang w:val="es-CR"/>
        </w:rPr>
      </w:pPr>
      <w:r w:rsidRPr="000000AC">
        <w:rPr>
          <w:lang w:val="es-CR"/>
        </w:rPr>
        <w:t xml:space="preserve">Ficha impresa </w:t>
      </w:r>
    </w:p>
    <w:p w14:paraId="03250B97" w14:textId="77777777" w:rsidR="000000AC" w:rsidRPr="000000AC" w:rsidRDefault="000000AC">
      <w:pPr>
        <w:numPr>
          <w:ilvl w:val="0"/>
          <w:numId w:val="12"/>
        </w:numPr>
        <w:rPr>
          <w:lang w:val="es-CR"/>
        </w:rPr>
      </w:pPr>
      <w:r w:rsidRPr="000000AC">
        <w:rPr>
          <w:lang w:val="es-CR"/>
        </w:rPr>
        <w:t xml:space="preserve">Colores </w:t>
      </w:r>
    </w:p>
    <w:p w14:paraId="3F3A49BE" w14:textId="77777777" w:rsidR="000000AC" w:rsidRPr="000000AC" w:rsidRDefault="000000AC" w:rsidP="000000AC">
      <w:pPr>
        <w:rPr>
          <w:b/>
          <w:bCs/>
          <w:lang w:val="es-CR"/>
        </w:rPr>
      </w:pPr>
      <w:r w:rsidRPr="000000AC">
        <w:rPr>
          <w:b/>
          <w:bCs/>
          <w:lang w:val="es-CR"/>
        </w:rPr>
        <w:t>Anexo 3</w:t>
      </w:r>
    </w:p>
    <w:p w14:paraId="3A2BC61C" w14:textId="77777777" w:rsidR="000000AC" w:rsidRPr="000000AC" w:rsidRDefault="000000AC" w:rsidP="000000AC">
      <w:pPr>
        <w:rPr>
          <w:lang w:val="es-CR"/>
        </w:rPr>
      </w:pPr>
      <w:r w:rsidRPr="000000AC">
        <w:rPr>
          <w:lang w:val="es-CR"/>
        </w:rPr>
        <w:t>Lámina con:</w:t>
      </w:r>
    </w:p>
    <w:p w14:paraId="3C5BE09C" w14:textId="77777777" w:rsidR="000000AC" w:rsidRPr="000000AC" w:rsidRDefault="000000AC">
      <w:pPr>
        <w:numPr>
          <w:ilvl w:val="0"/>
          <w:numId w:val="13"/>
        </w:numPr>
        <w:rPr>
          <w:lang w:val="es-CR"/>
        </w:rPr>
      </w:pPr>
      <w:r w:rsidRPr="000000AC">
        <w:rPr>
          <w:lang w:val="es-CR"/>
        </w:rPr>
        <w:t xml:space="preserve">trapecios, </w:t>
      </w:r>
    </w:p>
    <w:p w14:paraId="2BC4A29B" w14:textId="77777777" w:rsidR="000000AC" w:rsidRPr="000000AC" w:rsidRDefault="000000AC">
      <w:pPr>
        <w:numPr>
          <w:ilvl w:val="0"/>
          <w:numId w:val="13"/>
        </w:numPr>
        <w:rPr>
          <w:lang w:val="es-CR"/>
        </w:rPr>
      </w:pPr>
      <w:r w:rsidRPr="000000AC">
        <w:rPr>
          <w:lang w:val="es-CR"/>
        </w:rPr>
        <w:t xml:space="preserve">cuadrados, </w:t>
      </w:r>
    </w:p>
    <w:p w14:paraId="319ED74C" w14:textId="77777777" w:rsidR="000000AC" w:rsidRPr="000000AC" w:rsidRDefault="000000AC">
      <w:pPr>
        <w:numPr>
          <w:ilvl w:val="0"/>
          <w:numId w:val="13"/>
        </w:numPr>
        <w:rPr>
          <w:lang w:val="es-CR"/>
        </w:rPr>
      </w:pPr>
      <w:r w:rsidRPr="000000AC">
        <w:rPr>
          <w:lang w:val="es-CR"/>
        </w:rPr>
        <w:t xml:space="preserve">rectángulos, </w:t>
      </w:r>
    </w:p>
    <w:p w14:paraId="35B640EC" w14:textId="77777777" w:rsidR="000000AC" w:rsidRPr="000000AC" w:rsidRDefault="000000AC">
      <w:pPr>
        <w:numPr>
          <w:ilvl w:val="0"/>
          <w:numId w:val="13"/>
        </w:numPr>
        <w:rPr>
          <w:lang w:val="es-CR"/>
        </w:rPr>
      </w:pPr>
      <w:r w:rsidRPr="000000AC">
        <w:rPr>
          <w:lang w:val="es-CR"/>
        </w:rPr>
        <w:t xml:space="preserve">rombos. </w:t>
      </w:r>
    </w:p>
    <w:p w14:paraId="2BE56E0F" w14:textId="77777777" w:rsidR="000000AC" w:rsidRPr="000000AC" w:rsidRDefault="000000AC" w:rsidP="000000AC">
      <w:pPr>
        <w:rPr>
          <w:lang w:val="es-CR"/>
        </w:rPr>
      </w:pPr>
      <w:r w:rsidRPr="000000AC">
        <w:rPr>
          <w:lang w:val="es-CR"/>
        </w:rPr>
        <w:pict w14:anchorId="41CAF626">
          <v:rect id="_x0000_i1859" style="width:0;height:1.5pt" o:hralign="center" o:hrstd="t" o:hr="t" fillcolor="#a0a0a0" stroked="f"/>
        </w:pict>
      </w:r>
    </w:p>
    <w:p w14:paraId="1BBC0480" w14:textId="77777777" w:rsidR="000000AC" w:rsidRPr="000000AC" w:rsidRDefault="000000AC" w:rsidP="000000AC">
      <w:pPr>
        <w:rPr>
          <w:b/>
          <w:bCs/>
          <w:lang w:val="es-CR"/>
        </w:rPr>
      </w:pPr>
      <w:r w:rsidRPr="000000AC">
        <w:rPr>
          <w:b/>
          <w:bCs/>
          <w:lang w:val="es-CR"/>
        </w:rPr>
        <w:t>Actividad 4. “¿Es cuadrado?”</w:t>
      </w:r>
    </w:p>
    <w:p w14:paraId="17056E2E" w14:textId="77777777" w:rsidR="000000AC" w:rsidRPr="000000AC" w:rsidRDefault="000000AC" w:rsidP="000000AC">
      <w:pPr>
        <w:rPr>
          <w:b/>
          <w:bCs/>
          <w:lang w:val="es-CR"/>
        </w:rPr>
      </w:pPr>
      <w:r w:rsidRPr="000000AC">
        <w:rPr>
          <w:b/>
          <w:bCs/>
          <w:lang w:val="es-CR"/>
        </w:rPr>
        <w:t>Habilidad específica:</w:t>
      </w:r>
    </w:p>
    <w:p w14:paraId="46609FB8" w14:textId="77777777" w:rsidR="000000AC" w:rsidRPr="000000AC" w:rsidRDefault="000000AC" w:rsidP="000000AC">
      <w:pPr>
        <w:rPr>
          <w:lang w:val="es-CR"/>
        </w:rPr>
      </w:pPr>
      <w:r w:rsidRPr="000000AC">
        <w:rPr>
          <w:lang w:val="es-CR"/>
        </w:rPr>
        <w:t>Reconocer si un rectángulo es un cuadrado.</w:t>
      </w:r>
    </w:p>
    <w:p w14:paraId="03DC3ADA" w14:textId="77777777" w:rsidR="000000AC" w:rsidRPr="000000AC" w:rsidRDefault="000000AC" w:rsidP="000000AC">
      <w:pPr>
        <w:rPr>
          <w:b/>
          <w:bCs/>
          <w:lang w:val="es-CR"/>
        </w:rPr>
      </w:pPr>
      <w:r w:rsidRPr="000000AC">
        <w:rPr>
          <w:b/>
          <w:bCs/>
          <w:lang w:val="es-CR"/>
        </w:rPr>
        <w:t>Inicio</w:t>
      </w:r>
    </w:p>
    <w:p w14:paraId="32CA6AFA" w14:textId="77777777" w:rsidR="000000AC" w:rsidRPr="000000AC" w:rsidRDefault="000000AC" w:rsidP="000000AC">
      <w:pPr>
        <w:rPr>
          <w:lang w:val="es-CR"/>
        </w:rPr>
      </w:pPr>
      <w:r w:rsidRPr="000000AC">
        <w:rPr>
          <w:lang w:val="es-CR"/>
        </w:rPr>
        <w:t>Conversación sobre lados iguales.</w:t>
      </w:r>
    </w:p>
    <w:p w14:paraId="1A76D1FD" w14:textId="77777777" w:rsidR="000000AC" w:rsidRPr="000000AC" w:rsidRDefault="000000AC" w:rsidP="000000AC">
      <w:pPr>
        <w:rPr>
          <w:b/>
          <w:bCs/>
          <w:lang w:val="es-CR"/>
        </w:rPr>
      </w:pPr>
      <w:r w:rsidRPr="000000AC">
        <w:rPr>
          <w:b/>
          <w:bCs/>
          <w:lang w:val="es-CR"/>
        </w:rPr>
        <w:t>Desarrollo</w:t>
      </w:r>
    </w:p>
    <w:p w14:paraId="5B62903B" w14:textId="77777777" w:rsidR="000000AC" w:rsidRPr="000000AC" w:rsidRDefault="000000AC" w:rsidP="000000AC">
      <w:pPr>
        <w:rPr>
          <w:lang w:val="es-CR"/>
        </w:rPr>
      </w:pPr>
      <w:r w:rsidRPr="000000AC">
        <w:rPr>
          <w:lang w:val="es-CR"/>
        </w:rPr>
        <w:t>Los estudiantes observan figuras y escriben:</w:t>
      </w:r>
    </w:p>
    <w:p w14:paraId="6F43FF8C" w14:textId="77777777" w:rsidR="000000AC" w:rsidRPr="000000AC" w:rsidRDefault="000000AC">
      <w:pPr>
        <w:numPr>
          <w:ilvl w:val="0"/>
          <w:numId w:val="14"/>
        </w:numPr>
        <w:rPr>
          <w:lang w:val="es-CR"/>
        </w:rPr>
      </w:pPr>
      <w:r w:rsidRPr="000000AC">
        <w:rPr>
          <w:lang w:val="es-CR"/>
        </w:rPr>
        <w:t xml:space="preserve">“Sí es cuadrado” </w:t>
      </w:r>
    </w:p>
    <w:p w14:paraId="1EAF8F14" w14:textId="77777777" w:rsidR="000000AC" w:rsidRPr="000000AC" w:rsidRDefault="000000AC">
      <w:pPr>
        <w:numPr>
          <w:ilvl w:val="0"/>
          <w:numId w:val="14"/>
        </w:numPr>
        <w:rPr>
          <w:lang w:val="es-CR"/>
        </w:rPr>
      </w:pPr>
      <w:r w:rsidRPr="000000AC">
        <w:rPr>
          <w:lang w:val="es-CR"/>
        </w:rPr>
        <w:t xml:space="preserve">“No es cuadrado”. </w:t>
      </w:r>
    </w:p>
    <w:p w14:paraId="5010B76C" w14:textId="77777777" w:rsidR="000000AC" w:rsidRPr="000000AC" w:rsidRDefault="000000AC" w:rsidP="000000AC">
      <w:pPr>
        <w:rPr>
          <w:b/>
          <w:bCs/>
          <w:lang w:val="es-CR"/>
        </w:rPr>
      </w:pPr>
      <w:r w:rsidRPr="000000AC">
        <w:rPr>
          <w:b/>
          <w:bCs/>
          <w:lang w:val="es-CR"/>
        </w:rPr>
        <w:t>Cierre</w:t>
      </w:r>
    </w:p>
    <w:p w14:paraId="2C599D2D" w14:textId="77777777" w:rsidR="000000AC" w:rsidRPr="000000AC" w:rsidRDefault="000000AC" w:rsidP="000000AC">
      <w:pPr>
        <w:rPr>
          <w:lang w:val="es-CR"/>
        </w:rPr>
      </w:pPr>
      <w:r w:rsidRPr="000000AC">
        <w:rPr>
          <w:lang w:val="es-CR"/>
        </w:rPr>
        <w:t>Comparan respuestas.</w:t>
      </w:r>
    </w:p>
    <w:p w14:paraId="04EF9341" w14:textId="77777777" w:rsidR="000000AC" w:rsidRPr="000000AC" w:rsidRDefault="000000AC" w:rsidP="000000AC">
      <w:pPr>
        <w:rPr>
          <w:b/>
          <w:bCs/>
          <w:lang w:val="es-CR"/>
        </w:rPr>
      </w:pPr>
      <w:r w:rsidRPr="000000AC">
        <w:rPr>
          <w:b/>
          <w:bCs/>
          <w:lang w:val="es-CR"/>
        </w:rPr>
        <w:t>Materiales</w:t>
      </w:r>
    </w:p>
    <w:p w14:paraId="75F0D829" w14:textId="77777777" w:rsidR="000000AC" w:rsidRPr="000000AC" w:rsidRDefault="000000AC">
      <w:pPr>
        <w:numPr>
          <w:ilvl w:val="0"/>
          <w:numId w:val="15"/>
        </w:numPr>
        <w:rPr>
          <w:lang w:val="es-CR"/>
        </w:rPr>
      </w:pPr>
      <w:r w:rsidRPr="000000AC">
        <w:rPr>
          <w:lang w:val="es-CR"/>
        </w:rPr>
        <w:t xml:space="preserve">Figuras impresas </w:t>
      </w:r>
    </w:p>
    <w:p w14:paraId="33A19BE6" w14:textId="77777777" w:rsidR="000000AC" w:rsidRPr="000000AC" w:rsidRDefault="000000AC">
      <w:pPr>
        <w:numPr>
          <w:ilvl w:val="0"/>
          <w:numId w:val="15"/>
        </w:numPr>
        <w:rPr>
          <w:lang w:val="es-CR"/>
        </w:rPr>
      </w:pPr>
      <w:r w:rsidRPr="000000AC">
        <w:rPr>
          <w:lang w:val="es-CR"/>
        </w:rPr>
        <w:t xml:space="preserve">Lápiz </w:t>
      </w:r>
    </w:p>
    <w:p w14:paraId="59E69BE6" w14:textId="77777777" w:rsidR="000000AC" w:rsidRPr="000000AC" w:rsidRDefault="000000AC" w:rsidP="000000AC">
      <w:pPr>
        <w:rPr>
          <w:b/>
          <w:bCs/>
          <w:lang w:val="es-CR"/>
        </w:rPr>
      </w:pPr>
      <w:r w:rsidRPr="000000AC">
        <w:rPr>
          <w:b/>
          <w:bCs/>
          <w:lang w:val="es-CR"/>
        </w:rPr>
        <w:t>Anexo 4</w:t>
      </w:r>
    </w:p>
    <w:p w14:paraId="7EF79C1F" w14:textId="77777777" w:rsidR="000000AC" w:rsidRPr="000000AC" w:rsidRDefault="000000AC" w:rsidP="000000AC">
      <w:pPr>
        <w:rPr>
          <w:lang w:val="es-CR"/>
        </w:rPr>
      </w:pPr>
      <w:r w:rsidRPr="000000AC">
        <w:rPr>
          <w:lang w:val="es-CR"/>
        </w:rPr>
        <w:lastRenderedPageBreak/>
        <w:t>Tabla de observación:</w:t>
      </w:r>
      <w:r w:rsidRPr="000000AC">
        <w:rPr>
          <w:lang w:val="es-CR"/>
        </w:rPr>
        <w:br/>
        <w:t>| Figura | ¿Tiene lados iguales? | ¿Es cuadrado? |</w:t>
      </w:r>
    </w:p>
    <w:p w14:paraId="7C2D3BBB" w14:textId="77777777" w:rsidR="000000AC" w:rsidRPr="000000AC" w:rsidRDefault="000000AC" w:rsidP="000000AC">
      <w:pPr>
        <w:rPr>
          <w:lang w:val="es-CR"/>
        </w:rPr>
      </w:pPr>
      <w:r w:rsidRPr="000000AC">
        <w:rPr>
          <w:lang w:val="es-CR"/>
        </w:rPr>
        <w:pict w14:anchorId="2251F03D">
          <v:rect id="_x0000_i1860" style="width:0;height:1.5pt" o:hralign="center" o:hrstd="t" o:hr="t" fillcolor="#a0a0a0" stroked="f"/>
        </w:pict>
      </w:r>
    </w:p>
    <w:p w14:paraId="6E59797B" w14:textId="77777777" w:rsidR="000000AC" w:rsidRPr="000000AC" w:rsidRDefault="000000AC" w:rsidP="000000AC">
      <w:pPr>
        <w:rPr>
          <w:b/>
          <w:bCs/>
          <w:lang w:val="es-CR"/>
        </w:rPr>
      </w:pPr>
      <w:r w:rsidRPr="000000AC">
        <w:rPr>
          <w:b/>
          <w:bCs/>
          <w:lang w:val="es-CR"/>
        </w:rPr>
        <w:t>Actividad 5. “Partes de las figuras”</w:t>
      </w:r>
    </w:p>
    <w:p w14:paraId="799649F5" w14:textId="77777777" w:rsidR="000000AC" w:rsidRPr="000000AC" w:rsidRDefault="000000AC" w:rsidP="000000AC">
      <w:pPr>
        <w:rPr>
          <w:b/>
          <w:bCs/>
          <w:lang w:val="es-CR"/>
        </w:rPr>
      </w:pPr>
      <w:r w:rsidRPr="000000AC">
        <w:rPr>
          <w:b/>
          <w:bCs/>
          <w:lang w:val="es-CR"/>
        </w:rPr>
        <w:t>Habilidad específica:</w:t>
      </w:r>
    </w:p>
    <w:p w14:paraId="15A039F6" w14:textId="77777777" w:rsidR="000000AC" w:rsidRPr="000000AC" w:rsidRDefault="000000AC" w:rsidP="000000AC">
      <w:pPr>
        <w:rPr>
          <w:lang w:val="es-CR"/>
        </w:rPr>
      </w:pPr>
      <w:r w:rsidRPr="000000AC">
        <w:rPr>
          <w:lang w:val="es-CR"/>
        </w:rPr>
        <w:t>Identificar elementos de una figura plana (vértice y lado).</w:t>
      </w:r>
    </w:p>
    <w:p w14:paraId="3EDC52E1" w14:textId="77777777" w:rsidR="000000AC" w:rsidRPr="000000AC" w:rsidRDefault="000000AC" w:rsidP="000000AC">
      <w:pPr>
        <w:rPr>
          <w:b/>
          <w:bCs/>
          <w:lang w:val="es-CR"/>
        </w:rPr>
      </w:pPr>
      <w:r w:rsidRPr="000000AC">
        <w:rPr>
          <w:b/>
          <w:bCs/>
          <w:lang w:val="es-CR"/>
        </w:rPr>
        <w:t>Inicio</w:t>
      </w:r>
    </w:p>
    <w:p w14:paraId="25646AA4" w14:textId="77777777" w:rsidR="000000AC" w:rsidRPr="000000AC" w:rsidRDefault="000000AC" w:rsidP="000000AC">
      <w:pPr>
        <w:rPr>
          <w:lang w:val="es-CR"/>
        </w:rPr>
      </w:pPr>
      <w:r w:rsidRPr="000000AC">
        <w:rPr>
          <w:lang w:val="es-CR"/>
        </w:rPr>
        <w:t>Explicar:</w:t>
      </w:r>
    </w:p>
    <w:p w14:paraId="185BD472" w14:textId="77777777" w:rsidR="000000AC" w:rsidRPr="000000AC" w:rsidRDefault="000000AC">
      <w:pPr>
        <w:numPr>
          <w:ilvl w:val="0"/>
          <w:numId w:val="16"/>
        </w:numPr>
        <w:rPr>
          <w:lang w:val="es-CR"/>
        </w:rPr>
      </w:pPr>
      <w:r w:rsidRPr="000000AC">
        <w:rPr>
          <w:lang w:val="es-CR"/>
        </w:rPr>
        <w:t xml:space="preserve">lado, </w:t>
      </w:r>
    </w:p>
    <w:p w14:paraId="15F1DC1A" w14:textId="77777777" w:rsidR="000000AC" w:rsidRPr="000000AC" w:rsidRDefault="000000AC">
      <w:pPr>
        <w:numPr>
          <w:ilvl w:val="0"/>
          <w:numId w:val="16"/>
        </w:numPr>
        <w:rPr>
          <w:lang w:val="es-CR"/>
        </w:rPr>
      </w:pPr>
      <w:r w:rsidRPr="000000AC">
        <w:rPr>
          <w:lang w:val="es-CR"/>
        </w:rPr>
        <w:t xml:space="preserve">vértice. </w:t>
      </w:r>
    </w:p>
    <w:p w14:paraId="7A959E3E" w14:textId="77777777" w:rsidR="000000AC" w:rsidRPr="000000AC" w:rsidRDefault="000000AC" w:rsidP="000000AC">
      <w:pPr>
        <w:rPr>
          <w:b/>
          <w:bCs/>
          <w:lang w:val="es-CR"/>
        </w:rPr>
      </w:pPr>
      <w:r w:rsidRPr="000000AC">
        <w:rPr>
          <w:b/>
          <w:bCs/>
          <w:lang w:val="es-CR"/>
        </w:rPr>
        <w:t>Desarrollo</w:t>
      </w:r>
    </w:p>
    <w:p w14:paraId="58E4B7B1" w14:textId="77777777" w:rsidR="000000AC" w:rsidRPr="000000AC" w:rsidRDefault="000000AC" w:rsidP="000000AC">
      <w:pPr>
        <w:rPr>
          <w:lang w:val="es-CR"/>
        </w:rPr>
      </w:pPr>
      <w:r w:rsidRPr="000000AC">
        <w:rPr>
          <w:lang w:val="es-CR"/>
        </w:rPr>
        <w:t>Los estudiantes:</w:t>
      </w:r>
    </w:p>
    <w:p w14:paraId="5967F537" w14:textId="77777777" w:rsidR="000000AC" w:rsidRPr="000000AC" w:rsidRDefault="000000AC">
      <w:pPr>
        <w:numPr>
          <w:ilvl w:val="0"/>
          <w:numId w:val="17"/>
        </w:numPr>
        <w:rPr>
          <w:lang w:val="es-CR"/>
        </w:rPr>
      </w:pPr>
      <w:r w:rsidRPr="000000AC">
        <w:rPr>
          <w:lang w:val="es-CR"/>
        </w:rPr>
        <w:t xml:space="preserve">marcan vértices con rojo, </w:t>
      </w:r>
    </w:p>
    <w:p w14:paraId="043718C0" w14:textId="77777777" w:rsidR="000000AC" w:rsidRPr="000000AC" w:rsidRDefault="000000AC">
      <w:pPr>
        <w:numPr>
          <w:ilvl w:val="0"/>
          <w:numId w:val="17"/>
        </w:numPr>
        <w:rPr>
          <w:lang w:val="es-CR"/>
        </w:rPr>
      </w:pPr>
      <w:r w:rsidRPr="000000AC">
        <w:rPr>
          <w:lang w:val="es-CR"/>
        </w:rPr>
        <w:t xml:space="preserve">lados con azul. </w:t>
      </w:r>
    </w:p>
    <w:p w14:paraId="50BD2217" w14:textId="77777777" w:rsidR="000000AC" w:rsidRPr="000000AC" w:rsidRDefault="000000AC" w:rsidP="000000AC">
      <w:pPr>
        <w:rPr>
          <w:b/>
          <w:bCs/>
          <w:lang w:val="es-CR"/>
        </w:rPr>
      </w:pPr>
      <w:r w:rsidRPr="000000AC">
        <w:rPr>
          <w:b/>
          <w:bCs/>
          <w:lang w:val="es-CR"/>
        </w:rPr>
        <w:t>Cierre</w:t>
      </w:r>
    </w:p>
    <w:p w14:paraId="02D1A9DF" w14:textId="77777777" w:rsidR="000000AC" w:rsidRPr="000000AC" w:rsidRDefault="000000AC" w:rsidP="000000AC">
      <w:pPr>
        <w:rPr>
          <w:lang w:val="es-CR"/>
        </w:rPr>
      </w:pPr>
      <w:r w:rsidRPr="000000AC">
        <w:rPr>
          <w:lang w:val="es-CR"/>
        </w:rPr>
        <w:t>Conteo grupal de lados y vértices.</w:t>
      </w:r>
    </w:p>
    <w:p w14:paraId="406E7780" w14:textId="77777777" w:rsidR="000000AC" w:rsidRPr="000000AC" w:rsidRDefault="000000AC" w:rsidP="000000AC">
      <w:pPr>
        <w:rPr>
          <w:b/>
          <w:bCs/>
          <w:lang w:val="es-CR"/>
        </w:rPr>
      </w:pPr>
      <w:r w:rsidRPr="000000AC">
        <w:rPr>
          <w:b/>
          <w:bCs/>
          <w:lang w:val="es-CR"/>
        </w:rPr>
        <w:t>Materiales</w:t>
      </w:r>
    </w:p>
    <w:p w14:paraId="68EB38C6" w14:textId="77777777" w:rsidR="000000AC" w:rsidRPr="000000AC" w:rsidRDefault="000000AC">
      <w:pPr>
        <w:numPr>
          <w:ilvl w:val="0"/>
          <w:numId w:val="18"/>
        </w:numPr>
        <w:rPr>
          <w:lang w:val="es-CR"/>
        </w:rPr>
      </w:pPr>
      <w:r w:rsidRPr="000000AC">
        <w:rPr>
          <w:lang w:val="es-CR"/>
        </w:rPr>
        <w:t xml:space="preserve">Figuras grandes </w:t>
      </w:r>
    </w:p>
    <w:p w14:paraId="22EDFB84" w14:textId="77777777" w:rsidR="000000AC" w:rsidRPr="000000AC" w:rsidRDefault="000000AC">
      <w:pPr>
        <w:numPr>
          <w:ilvl w:val="0"/>
          <w:numId w:val="18"/>
        </w:numPr>
        <w:rPr>
          <w:lang w:val="es-CR"/>
        </w:rPr>
      </w:pPr>
      <w:r w:rsidRPr="000000AC">
        <w:rPr>
          <w:lang w:val="es-CR"/>
        </w:rPr>
        <w:t xml:space="preserve">Marcadores </w:t>
      </w:r>
    </w:p>
    <w:p w14:paraId="1ED6CCE6" w14:textId="77777777" w:rsidR="000000AC" w:rsidRPr="000000AC" w:rsidRDefault="000000AC" w:rsidP="000000AC">
      <w:pPr>
        <w:rPr>
          <w:b/>
          <w:bCs/>
          <w:lang w:val="es-CR"/>
        </w:rPr>
      </w:pPr>
      <w:r w:rsidRPr="000000AC">
        <w:rPr>
          <w:b/>
          <w:bCs/>
          <w:lang w:val="es-CR"/>
        </w:rPr>
        <w:t>Anexo 5</w:t>
      </w:r>
    </w:p>
    <w:p w14:paraId="317F5425" w14:textId="77777777" w:rsidR="000000AC" w:rsidRPr="000000AC" w:rsidRDefault="000000AC" w:rsidP="000000AC">
      <w:pPr>
        <w:rPr>
          <w:lang w:val="es-CR"/>
        </w:rPr>
      </w:pPr>
      <w:r w:rsidRPr="000000AC">
        <w:rPr>
          <w:lang w:val="es-CR"/>
        </w:rPr>
        <w:t>Figuras ampliadas para señalar:</w:t>
      </w:r>
      <w:r w:rsidRPr="000000AC">
        <w:rPr>
          <w:lang w:val="es-CR"/>
        </w:rPr>
        <w:br/>
        <w:t>△ □ ▭</w:t>
      </w:r>
    </w:p>
    <w:p w14:paraId="7CCBD8F1" w14:textId="77777777" w:rsidR="000000AC" w:rsidRPr="000000AC" w:rsidRDefault="000000AC" w:rsidP="000000AC">
      <w:pPr>
        <w:rPr>
          <w:lang w:val="es-CR"/>
        </w:rPr>
      </w:pPr>
      <w:r w:rsidRPr="000000AC">
        <w:rPr>
          <w:lang w:val="es-CR"/>
        </w:rPr>
        <w:pict w14:anchorId="3C7A253C">
          <v:rect id="_x0000_i1861" style="width:0;height:1.5pt" o:hralign="center" o:hrstd="t" o:hr="t" fillcolor="#a0a0a0" stroked="f"/>
        </w:pict>
      </w:r>
    </w:p>
    <w:p w14:paraId="334E9D06" w14:textId="77777777" w:rsidR="000000AC" w:rsidRPr="000000AC" w:rsidRDefault="000000AC" w:rsidP="000000AC">
      <w:pPr>
        <w:rPr>
          <w:b/>
          <w:bCs/>
          <w:lang w:val="es-CR"/>
        </w:rPr>
      </w:pPr>
      <w:r w:rsidRPr="000000AC">
        <w:rPr>
          <w:b/>
          <w:bCs/>
          <w:lang w:val="es-CR"/>
        </w:rPr>
        <w:t>Actividad 6. “Comparo figuras”</w:t>
      </w:r>
    </w:p>
    <w:p w14:paraId="69EAB23D" w14:textId="77777777" w:rsidR="000000AC" w:rsidRPr="000000AC" w:rsidRDefault="000000AC" w:rsidP="000000AC">
      <w:pPr>
        <w:rPr>
          <w:b/>
          <w:bCs/>
          <w:lang w:val="es-CR"/>
        </w:rPr>
      </w:pPr>
      <w:r w:rsidRPr="000000AC">
        <w:rPr>
          <w:b/>
          <w:bCs/>
          <w:lang w:val="es-CR"/>
        </w:rPr>
        <w:t>Habilidad específica:</w:t>
      </w:r>
    </w:p>
    <w:p w14:paraId="6BC4BDCD" w14:textId="77777777" w:rsidR="000000AC" w:rsidRPr="000000AC" w:rsidRDefault="000000AC" w:rsidP="000000AC">
      <w:pPr>
        <w:rPr>
          <w:lang w:val="es-CR"/>
        </w:rPr>
      </w:pPr>
      <w:r w:rsidRPr="000000AC">
        <w:rPr>
          <w:lang w:val="es-CR"/>
        </w:rPr>
        <w:t>Identificar semejanzas y diferencias entre figuras.</w:t>
      </w:r>
    </w:p>
    <w:p w14:paraId="75B25409" w14:textId="77777777" w:rsidR="000000AC" w:rsidRPr="000000AC" w:rsidRDefault="000000AC" w:rsidP="000000AC">
      <w:pPr>
        <w:rPr>
          <w:b/>
          <w:bCs/>
          <w:lang w:val="es-CR"/>
        </w:rPr>
      </w:pPr>
      <w:r w:rsidRPr="000000AC">
        <w:rPr>
          <w:b/>
          <w:bCs/>
          <w:lang w:val="es-CR"/>
        </w:rPr>
        <w:t>Inicio</w:t>
      </w:r>
    </w:p>
    <w:p w14:paraId="554ED321" w14:textId="77777777" w:rsidR="000000AC" w:rsidRPr="000000AC" w:rsidRDefault="000000AC" w:rsidP="000000AC">
      <w:pPr>
        <w:rPr>
          <w:lang w:val="es-CR"/>
        </w:rPr>
      </w:pPr>
      <w:r w:rsidRPr="000000AC">
        <w:rPr>
          <w:lang w:val="es-CR"/>
        </w:rPr>
        <w:lastRenderedPageBreak/>
        <w:t>Presentar varias figuras geométricas.</w:t>
      </w:r>
    </w:p>
    <w:p w14:paraId="4C068E8D" w14:textId="77777777" w:rsidR="000000AC" w:rsidRPr="000000AC" w:rsidRDefault="000000AC" w:rsidP="000000AC">
      <w:pPr>
        <w:rPr>
          <w:b/>
          <w:bCs/>
          <w:lang w:val="es-CR"/>
        </w:rPr>
      </w:pPr>
      <w:r w:rsidRPr="000000AC">
        <w:rPr>
          <w:b/>
          <w:bCs/>
          <w:lang w:val="es-CR"/>
        </w:rPr>
        <w:t>Desarrollo</w:t>
      </w:r>
    </w:p>
    <w:p w14:paraId="329790D7" w14:textId="77777777" w:rsidR="000000AC" w:rsidRPr="000000AC" w:rsidRDefault="000000AC" w:rsidP="000000AC">
      <w:pPr>
        <w:rPr>
          <w:lang w:val="es-CR"/>
        </w:rPr>
      </w:pPr>
      <w:r w:rsidRPr="000000AC">
        <w:rPr>
          <w:lang w:val="es-CR"/>
        </w:rPr>
        <w:t>Completar cuadro comparativo.</w:t>
      </w:r>
    </w:p>
    <w:p w14:paraId="7B9C44DE" w14:textId="77777777" w:rsidR="000000AC" w:rsidRPr="000000AC" w:rsidRDefault="000000AC" w:rsidP="000000AC">
      <w:pPr>
        <w:rPr>
          <w:b/>
          <w:bCs/>
          <w:lang w:val="es-CR"/>
        </w:rPr>
      </w:pPr>
      <w:r w:rsidRPr="000000AC">
        <w:rPr>
          <w:b/>
          <w:bCs/>
          <w:lang w:val="es-CR"/>
        </w:rPr>
        <w:t>Cierre</w:t>
      </w:r>
    </w:p>
    <w:p w14:paraId="350B04C4" w14:textId="77777777" w:rsidR="000000AC" w:rsidRPr="000000AC" w:rsidRDefault="000000AC" w:rsidP="000000AC">
      <w:pPr>
        <w:rPr>
          <w:lang w:val="es-CR"/>
        </w:rPr>
      </w:pPr>
      <w:r w:rsidRPr="000000AC">
        <w:rPr>
          <w:lang w:val="es-CR"/>
        </w:rPr>
        <w:t>Discusión grupal.</w:t>
      </w:r>
    </w:p>
    <w:p w14:paraId="02C2A075" w14:textId="77777777" w:rsidR="000000AC" w:rsidRPr="000000AC" w:rsidRDefault="000000AC" w:rsidP="000000AC">
      <w:pPr>
        <w:rPr>
          <w:b/>
          <w:bCs/>
          <w:lang w:val="es-CR"/>
        </w:rPr>
      </w:pPr>
      <w:r w:rsidRPr="000000AC">
        <w:rPr>
          <w:b/>
          <w:bCs/>
          <w:lang w:val="es-CR"/>
        </w:rPr>
        <w:t>Materiales</w:t>
      </w:r>
    </w:p>
    <w:p w14:paraId="7F926664" w14:textId="77777777" w:rsidR="000000AC" w:rsidRPr="000000AC" w:rsidRDefault="000000AC">
      <w:pPr>
        <w:numPr>
          <w:ilvl w:val="0"/>
          <w:numId w:val="19"/>
        </w:numPr>
        <w:rPr>
          <w:lang w:val="es-CR"/>
        </w:rPr>
      </w:pPr>
      <w:r w:rsidRPr="000000AC">
        <w:rPr>
          <w:lang w:val="es-CR"/>
        </w:rPr>
        <w:t xml:space="preserve">Carteles </w:t>
      </w:r>
    </w:p>
    <w:p w14:paraId="2E6F0BE2" w14:textId="77777777" w:rsidR="000000AC" w:rsidRPr="000000AC" w:rsidRDefault="000000AC">
      <w:pPr>
        <w:numPr>
          <w:ilvl w:val="0"/>
          <w:numId w:val="19"/>
        </w:numPr>
        <w:rPr>
          <w:lang w:val="es-CR"/>
        </w:rPr>
      </w:pPr>
      <w:r w:rsidRPr="000000AC">
        <w:rPr>
          <w:lang w:val="es-CR"/>
        </w:rPr>
        <w:t xml:space="preserve">Hoja comparativa </w:t>
      </w:r>
    </w:p>
    <w:p w14:paraId="7527A9C0" w14:textId="77777777" w:rsidR="000000AC" w:rsidRPr="000000AC" w:rsidRDefault="000000AC" w:rsidP="000000AC">
      <w:pPr>
        <w:rPr>
          <w:b/>
          <w:bCs/>
          <w:lang w:val="es-CR"/>
        </w:rPr>
      </w:pPr>
      <w:r w:rsidRPr="000000AC">
        <w:rPr>
          <w:b/>
          <w:bCs/>
          <w:lang w:val="es-CR"/>
        </w:rPr>
        <w:t>Anexo 6</w:t>
      </w:r>
    </w:p>
    <w:p w14:paraId="0DA823FD" w14:textId="77777777" w:rsidR="000000AC" w:rsidRPr="000000AC" w:rsidRDefault="000000AC" w:rsidP="000000AC">
      <w:pPr>
        <w:rPr>
          <w:lang w:val="es-CR"/>
        </w:rPr>
      </w:pPr>
      <w:r w:rsidRPr="000000AC">
        <w:rPr>
          <w:lang w:val="es-CR"/>
        </w:rPr>
        <w:t>Cuadro:</w:t>
      </w:r>
      <w:r w:rsidRPr="000000AC">
        <w:rPr>
          <w:lang w:val="es-CR"/>
        </w:rPr>
        <w:br/>
        <w:t>| Figura | Lados | Vértices | ¿Todos iguales? |</w:t>
      </w:r>
    </w:p>
    <w:p w14:paraId="0679507E" w14:textId="77777777" w:rsidR="000000AC" w:rsidRPr="000000AC" w:rsidRDefault="000000AC" w:rsidP="000000AC">
      <w:pPr>
        <w:rPr>
          <w:lang w:val="es-CR"/>
        </w:rPr>
      </w:pPr>
      <w:r w:rsidRPr="000000AC">
        <w:rPr>
          <w:lang w:val="es-CR"/>
        </w:rPr>
        <w:pict w14:anchorId="34F336CE">
          <v:rect id="_x0000_i1862" style="width:0;height:1.5pt" o:hralign="center" o:hrstd="t" o:hr="t" fillcolor="#a0a0a0" stroked="f"/>
        </w:pict>
      </w:r>
    </w:p>
    <w:p w14:paraId="7711B25C" w14:textId="77777777" w:rsidR="000000AC" w:rsidRPr="000000AC" w:rsidRDefault="000000AC" w:rsidP="000000AC">
      <w:pPr>
        <w:rPr>
          <w:b/>
          <w:bCs/>
          <w:lang w:val="es-CR"/>
        </w:rPr>
      </w:pPr>
      <w:r w:rsidRPr="000000AC">
        <w:rPr>
          <w:b/>
          <w:bCs/>
          <w:lang w:val="es-CR"/>
        </w:rPr>
        <w:t>Actividad 7. “Armo figuras”</w:t>
      </w:r>
    </w:p>
    <w:p w14:paraId="7CF46349" w14:textId="77777777" w:rsidR="000000AC" w:rsidRPr="000000AC" w:rsidRDefault="000000AC" w:rsidP="000000AC">
      <w:pPr>
        <w:rPr>
          <w:b/>
          <w:bCs/>
          <w:lang w:val="es-CR"/>
        </w:rPr>
      </w:pPr>
      <w:r w:rsidRPr="000000AC">
        <w:rPr>
          <w:b/>
          <w:bCs/>
          <w:lang w:val="es-CR"/>
        </w:rPr>
        <w:t>Habilidad específica:</w:t>
      </w:r>
    </w:p>
    <w:p w14:paraId="4691EF11" w14:textId="77777777" w:rsidR="000000AC" w:rsidRPr="000000AC" w:rsidRDefault="000000AC" w:rsidP="000000AC">
      <w:pPr>
        <w:rPr>
          <w:lang w:val="es-CR"/>
        </w:rPr>
      </w:pPr>
      <w:r w:rsidRPr="000000AC">
        <w:rPr>
          <w:lang w:val="es-CR"/>
        </w:rPr>
        <w:t>Componer figuras utilizando cuadriláteros y triángulos.</w:t>
      </w:r>
    </w:p>
    <w:p w14:paraId="678D2947" w14:textId="77777777" w:rsidR="000000AC" w:rsidRPr="000000AC" w:rsidRDefault="000000AC" w:rsidP="000000AC">
      <w:pPr>
        <w:rPr>
          <w:b/>
          <w:bCs/>
          <w:lang w:val="es-CR"/>
        </w:rPr>
      </w:pPr>
      <w:r w:rsidRPr="000000AC">
        <w:rPr>
          <w:b/>
          <w:bCs/>
          <w:lang w:val="es-CR"/>
        </w:rPr>
        <w:t>Inicio</w:t>
      </w:r>
    </w:p>
    <w:p w14:paraId="2D757B49" w14:textId="77777777" w:rsidR="000000AC" w:rsidRPr="000000AC" w:rsidRDefault="000000AC" w:rsidP="000000AC">
      <w:pPr>
        <w:rPr>
          <w:lang w:val="es-CR"/>
        </w:rPr>
      </w:pPr>
      <w:r w:rsidRPr="000000AC">
        <w:rPr>
          <w:lang w:val="es-CR"/>
        </w:rPr>
        <w:t>Mostrar ejemplo armado.</w:t>
      </w:r>
    </w:p>
    <w:p w14:paraId="0F0767FA" w14:textId="77777777" w:rsidR="000000AC" w:rsidRPr="000000AC" w:rsidRDefault="000000AC" w:rsidP="000000AC">
      <w:pPr>
        <w:rPr>
          <w:b/>
          <w:bCs/>
          <w:lang w:val="es-CR"/>
        </w:rPr>
      </w:pPr>
      <w:r w:rsidRPr="000000AC">
        <w:rPr>
          <w:b/>
          <w:bCs/>
          <w:lang w:val="es-CR"/>
        </w:rPr>
        <w:t>Desarrollo</w:t>
      </w:r>
    </w:p>
    <w:p w14:paraId="2A2CAE19" w14:textId="77777777" w:rsidR="000000AC" w:rsidRPr="000000AC" w:rsidRDefault="000000AC" w:rsidP="000000AC">
      <w:pPr>
        <w:rPr>
          <w:lang w:val="es-CR"/>
        </w:rPr>
      </w:pPr>
      <w:r w:rsidRPr="000000AC">
        <w:rPr>
          <w:lang w:val="es-CR"/>
        </w:rPr>
        <w:t>Los estudiantes forman:</w:t>
      </w:r>
    </w:p>
    <w:p w14:paraId="0F1FCB7A" w14:textId="77777777" w:rsidR="000000AC" w:rsidRPr="000000AC" w:rsidRDefault="000000AC">
      <w:pPr>
        <w:numPr>
          <w:ilvl w:val="0"/>
          <w:numId w:val="20"/>
        </w:numPr>
        <w:rPr>
          <w:lang w:val="es-CR"/>
        </w:rPr>
      </w:pPr>
      <w:r w:rsidRPr="000000AC">
        <w:rPr>
          <w:lang w:val="es-CR"/>
        </w:rPr>
        <w:t xml:space="preserve">casas, </w:t>
      </w:r>
    </w:p>
    <w:p w14:paraId="51CDCB5B" w14:textId="77777777" w:rsidR="000000AC" w:rsidRPr="000000AC" w:rsidRDefault="000000AC">
      <w:pPr>
        <w:numPr>
          <w:ilvl w:val="0"/>
          <w:numId w:val="20"/>
        </w:numPr>
        <w:rPr>
          <w:lang w:val="es-CR"/>
        </w:rPr>
      </w:pPr>
      <w:r w:rsidRPr="000000AC">
        <w:rPr>
          <w:lang w:val="es-CR"/>
        </w:rPr>
        <w:t xml:space="preserve">robots, </w:t>
      </w:r>
    </w:p>
    <w:p w14:paraId="5EFF3933" w14:textId="77777777" w:rsidR="000000AC" w:rsidRPr="000000AC" w:rsidRDefault="000000AC">
      <w:pPr>
        <w:numPr>
          <w:ilvl w:val="0"/>
          <w:numId w:val="20"/>
        </w:numPr>
        <w:rPr>
          <w:lang w:val="es-CR"/>
        </w:rPr>
      </w:pPr>
      <w:r w:rsidRPr="000000AC">
        <w:rPr>
          <w:lang w:val="es-CR"/>
        </w:rPr>
        <w:t xml:space="preserve">animales. </w:t>
      </w:r>
    </w:p>
    <w:p w14:paraId="00423CE3" w14:textId="77777777" w:rsidR="000000AC" w:rsidRPr="000000AC" w:rsidRDefault="000000AC" w:rsidP="000000AC">
      <w:pPr>
        <w:rPr>
          <w:b/>
          <w:bCs/>
          <w:lang w:val="es-CR"/>
        </w:rPr>
      </w:pPr>
      <w:r w:rsidRPr="000000AC">
        <w:rPr>
          <w:b/>
          <w:bCs/>
          <w:lang w:val="es-CR"/>
        </w:rPr>
        <w:t>Cierre</w:t>
      </w:r>
    </w:p>
    <w:p w14:paraId="08267E66" w14:textId="77777777" w:rsidR="000000AC" w:rsidRPr="000000AC" w:rsidRDefault="000000AC" w:rsidP="000000AC">
      <w:pPr>
        <w:rPr>
          <w:lang w:val="es-CR"/>
        </w:rPr>
      </w:pPr>
      <w:r w:rsidRPr="000000AC">
        <w:rPr>
          <w:lang w:val="es-CR"/>
        </w:rPr>
        <w:t>Exposición de creaciones.</w:t>
      </w:r>
    </w:p>
    <w:p w14:paraId="47CBCFCB" w14:textId="77777777" w:rsidR="000000AC" w:rsidRPr="000000AC" w:rsidRDefault="000000AC" w:rsidP="000000AC">
      <w:pPr>
        <w:rPr>
          <w:b/>
          <w:bCs/>
          <w:lang w:val="es-CR"/>
        </w:rPr>
      </w:pPr>
      <w:r w:rsidRPr="000000AC">
        <w:rPr>
          <w:b/>
          <w:bCs/>
          <w:lang w:val="es-CR"/>
        </w:rPr>
        <w:t>Materiales</w:t>
      </w:r>
    </w:p>
    <w:p w14:paraId="70EF8490" w14:textId="77777777" w:rsidR="000000AC" w:rsidRPr="000000AC" w:rsidRDefault="000000AC">
      <w:pPr>
        <w:numPr>
          <w:ilvl w:val="0"/>
          <w:numId w:val="21"/>
        </w:numPr>
        <w:rPr>
          <w:lang w:val="es-CR"/>
        </w:rPr>
      </w:pPr>
      <w:r w:rsidRPr="000000AC">
        <w:rPr>
          <w:lang w:val="es-CR"/>
        </w:rPr>
        <w:t xml:space="preserve">Figuras recortables </w:t>
      </w:r>
    </w:p>
    <w:p w14:paraId="2FBD7376" w14:textId="77777777" w:rsidR="000000AC" w:rsidRPr="000000AC" w:rsidRDefault="000000AC">
      <w:pPr>
        <w:numPr>
          <w:ilvl w:val="0"/>
          <w:numId w:val="21"/>
        </w:numPr>
        <w:rPr>
          <w:lang w:val="es-CR"/>
        </w:rPr>
      </w:pPr>
      <w:r w:rsidRPr="000000AC">
        <w:rPr>
          <w:lang w:val="es-CR"/>
        </w:rPr>
        <w:lastRenderedPageBreak/>
        <w:t xml:space="preserve">Pegamento </w:t>
      </w:r>
    </w:p>
    <w:p w14:paraId="1203461E" w14:textId="77777777" w:rsidR="000000AC" w:rsidRPr="000000AC" w:rsidRDefault="000000AC" w:rsidP="000000AC">
      <w:pPr>
        <w:rPr>
          <w:b/>
          <w:bCs/>
          <w:lang w:val="es-CR"/>
        </w:rPr>
      </w:pPr>
      <w:r w:rsidRPr="000000AC">
        <w:rPr>
          <w:b/>
          <w:bCs/>
          <w:lang w:val="es-CR"/>
        </w:rPr>
        <w:t>Anexo 7</w:t>
      </w:r>
    </w:p>
    <w:p w14:paraId="22A5B4FB" w14:textId="77777777" w:rsidR="000000AC" w:rsidRPr="000000AC" w:rsidRDefault="000000AC" w:rsidP="000000AC">
      <w:pPr>
        <w:rPr>
          <w:lang w:val="es-CR"/>
        </w:rPr>
      </w:pPr>
      <w:r w:rsidRPr="000000AC">
        <w:rPr>
          <w:lang w:val="es-CR"/>
        </w:rPr>
        <w:t>Tangram sencillo con:</w:t>
      </w:r>
    </w:p>
    <w:p w14:paraId="4A1CD0FB" w14:textId="77777777" w:rsidR="000000AC" w:rsidRPr="000000AC" w:rsidRDefault="000000AC">
      <w:pPr>
        <w:numPr>
          <w:ilvl w:val="0"/>
          <w:numId w:val="22"/>
        </w:numPr>
        <w:rPr>
          <w:lang w:val="es-CR"/>
        </w:rPr>
      </w:pPr>
      <w:r w:rsidRPr="000000AC">
        <w:rPr>
          <w:lang w:val="es-CR"/>
        </w:rPr>
        <w:t xml:space="preserve">triángulos, </w:t>
      </w:r>
    </w:p>
    <w:p w14:paraId="4E8A182E" w14:textId="77777777" w:rsidR="000000AC" w:rsidRPr="000000AC" w:rsidRDefault="000000AC">
      <w:pPr>
        <w:numPr>
          <w:ilvl w:val="0"/>
          <w:numId w:val="22"/>
        </w:numPr>
        <w:rPr>
          <w:lang w:val="es-CR"/>
        </w:rPr>
      </w:pPr>
      <w:r w:rsidRPr="000000AC">
        <w:rPr>
          <w:lang w:val="es-CR"/>
        </w:rPr>
        <w:t xml:space="preserve">cuadrados, </w:t>
      </w:r>
    </w:p>
    <w:p w14:paraId="22CE853D" w14:textId="77777777" w:rsidR="000000AC" w:rsidRPr="000000AC" w:rsidRDefault="000000AC">
      <w:pPr>
        <w:numPr>
          <w:ilvl w:val="0"/>
          <w:numId w:val="22"/>
        </w:numPr>
        <w:rPr>
          <w:lang w:val="es-CR"/>
        </w:rPr>
      </w:pPr>
      <w:r w:rsidRPr="000000AC">
        <w:rPr>
          <w:lang w:val="es-CR"/>
        </w:rPr>
        <w:t xml:space="preserve">rectángulos. </w:t>
      </w:r>
    </w:p>
    <w:p w14:paraId="67DA378B" w14:textId="77777777" w:rsidR="000000AC" w:rsidRPr="000000AC" w:rsidRDefault="000000AC" w:rsidP="000000AC">
      <w:pPr>
        <w:rPr>
          <w:lang w:val="es-CR"/>
        </w:rPr>
      </w:pPr>
      <w:r w:rsidRPr="000000AC">
        <w:rPr>
          <w:lang w:val="es-CR"/>
        </w:rPr>
        <w:pict w14:anchorId="718A45AA">
          <v:rect id="_x0000_i1863" style="width:0;height:1.5pt" o:hralign="center" o:hrstd="t" o:hr="t" fillcolor="#a0a0a0" stroked="f"/>
        </w:pict>
      </w:r>
    </w:p>
    <w:p w14:paraId="3991CD27" w14:textId="77777777" w:rsidR="000000AC" w:rsidRPr="000000AC" w:rsidRDefault="000000AC" w:rsidP="000000AC">
      <w:pPr>
        <w:rPr>
          <w:b/>
          <w:bCs/>
          <w:lang w:val="es-CR"/>
        </w:rPr>
      </w:pPr>
      <w:r w:rsidRPr="000000AC">
        <w:rPr>
          <w:b/>
          <w:bCs/>
          <w:lang w:val="es-CR"/>
        </w:rPr>
        <w:t>Actividad 8. “Desarmo figuras”</w:t>
      </w:r>
    </w:p>
    <w:p w14:paraId="29781C19" w14:textId="77777777" w:rsidR="000000AC" w:rsidRPr="000000AC" w:rsidRDefault="000000AC" w:rsidP="000000AC">
      <w:pPr>
        <w:rPr>
          <w:b/>
          <w:bCs/>
          <w:lang w:val="es-CR"/>
        </w:rPr>
      </w:pPr>
      <w:r w:rsidRPr="000000AC">
        <w:rPr>
          <w:b/>
          <w:bCs/>
          <w:lang w:val="es-CR"/>
        </w:rPr>
        <w:t>Habilidad específica:</w:t>
      </w:r>
    </w:p>
    <w:p w14:paraId="7FDAB721" w14:textId="77777777" w:rsidR="000000AC" w:rsidRPr="000000AC" w:rsidRDefault="000000AC" w:rsidP="000000AC">
      <w:pPr>
        <w:rPr>
          <w:lang w:val="es-CR"/>
        </w:rPr>
      </w:pPr>
      <w:r w:rsidRPr="000000AC">
        <w:rPr>
          <w:lang w:val="es-CR"/>
        </w:rPr>
        <w:t>Descomponer figuras utilizando cuadriláteros y triángulos.</w:t>
      </w:r>
    </w:p>
    <w:p w14:paraId="04B07B35" w14:textId="77777777" w:rsidR="000000AC" w:rsidRPr="000000AC" w:rsidRDefault="000000AC" w:rsidP="000000AC">
      <w:pPr>
        <w:rPr>
          <w:b/>
          <w:bCs/>
          <w:lang w:val="es-CR"/>
        </w:rPr>
      </w:pPr>
      <w:r w:rsidRPr="000000AC">
        <w:rPr>
          <w:b/>
          <w:bCs/>
          <w:lang w:val="es-CR"/>
        </w:rPr>
        <w:t>Inicio</w:t>
      </w:r>
    </w:p>
    <w:p w14:paraId="01734A71" w14:textId="77777777" w:rsidR="000000AC" w:rsidRPr="000000AC" w:rsidRDefault="000000AC" w:rsidP="000000AC">
      <w:pPr>
        <w:rPr>
          <w:lang w:val="es-CR"/>
        </w:rPr>
      </w:pPr>
      <w:r w:rsidRPr="000000AC">
        <w:rPr>
          <w:lang w:val="es-CR"/>
        </w:rPr>
        <w:t>Mostrar figura compuesta.</w:t>
      </w:r>
    </w:p>
    <w:p w14:paraId="3EFB8EA4" w14:textId="77777777" w:rsidR="000000AC" w:rsidRPr="000000AC" w:rsidRDefault="000000AC" w:rsidP="000000AC">
      <w:pPr>
        <w:rPr>
          <w:b/>
          <w:bCs/>
          <w:lang w:val="es-CR"/>
        </w:rPr>
      </w:pPr>
      <w:r w:rsidRPr="000000AC">
        <w:rPr>
          <w:b/>
          <w:bCs/>
          <w:lang w:val="es-CR"/>
        </w:rPr>
        <w:t>Desarrollo</w:t>
      </w:r>
    </w:p>
    <w:p w14:paraId="539C0F42" w14:textId="77777777" w:rsidR="000000AC" w:rsidRPr="000000AC" w:rsidRDefault="000000AC" w:rsidP="000000AC">
      <w:pPr>
        <w:rPr>
          <w:lang w:val="es-CR"/>
        </w:rPr>
      </w:pPr>
      <w:r w:rsidRPr="000000AC">
        <w:rPr>
          <w:lang w:val="es-CR"/>
        </w:rPr>
        <w:t>Los estudiantes identifican:</w:t>
      </w:r>
    </w:p>
    <w:p w14:paraId="25022893" w14:textId="77777777" w:rsidR="000000AC" w:rsidRPr="000000AC" w:rsidRDefault="000000AC">
      <w:pPr>
        <w:numPr>
          <w:ilvl w:val="0"/>
          <w:numId w:val="23"/>
        </w:numPr>
        <w:rPr>
          <w:lang w:val="es-CR"/>
        </w:rPr>
      </w:pPr>
      <w:r w:rsidRPr="000000AC">
        <w:rPr>
          <w:lang w:val="es-CR"/>
        </w:rPr>
        <w:t xml:space="preserve">cuántos triángulos, </w:t>
      </w:r>
    </w:p>
    <w:p w14:paraId="5EDB61D2" w14:textId="77777777" w:rsidR="000000AC" w:rsidRPr="000000AC" w:rsidRDefault="000000AC">
      <w:pPr>
        <w:numPr>
          <w:ilvl w:val="0"/>
          <w:numId w:val="23"/>
        </w:numPr>
        <w:rPr>
          <w:lang w:val="es-CR"/>
        </w:rPr>
      </w:pPr>
      <w:r w:rsidRPr="000000AC">
        <w:rPr>
          <w:lang w:val="es-CR"/>
        </w:rPr>
        <w:t xml:space="preserve">cuántos cuadriláteros contiene. </w:t>
      </w:r>
    </w:p>
    <w:p w14:paraId="2144AE00" w14:textId="77777777" w:rsidR="000000AC" w:rsidRPr="000000AC" w:rsidRDefault="000000AC" w:rsidP="000000AC">
      <w:pPr>
        <w:rPr>
          <w:b/>
          <w:bCs/>
          <w:lang w:val="es-CR"/>
        </w:rPr>
      </w:pPr>
      <w:r w:rsidRPr="000000AC">
        <w:rPr>
          <w:b/>
          <w:bCs/>
          <w:lang w:val="es-CR"/>
        </w:rPr>
        <w:t>Cierre</w:t>
      </w:r>
    </w:p>
    <w:p w14:paraId="62D40160" w14:textId="77777777" w:rsidR="000000AC" w:rsidRPr="000000AC" w:rsidRDefault="000000AC" w:rsidP="000000AC">
      <w:pPr>
        <w:rPr>
          <w:lang w:val="es-CR"/>
        </w:rPr>
      </w:pPr>
      <w:r w:rsidRPr="000000AC">
        <w:rPr>
          <w:lang w:val="es-CR"/>
        </w:rPr>
        <w:t>Revisión grupal.</w:t>
      </w:r>
    </w:p>
    <w:p w14:paraId="7A45B5BC" w14:textId="77777777" w:rsidR="000000AC" w:rsidRPr="000000AC" w:rsidRDefault="000000AC" w:rsidP="000000AC">
      <w:pPr>
        <w:rPr>
          <w:b/>
          <w:bCs/>
          <w:lang w:val="es-CR"/>
        </w:rPr>
      </w:pPr>
      <w:r w:rsidRPr="000000AC">
        <w:rPr>
          <w:b/>
          <w:bCs/>
          <w:lang w:val="es-CR"/>
        </w:rPr>
        <w:t>Materiales</w:t>
      </w:r>
    </w:p>
    <w:p w14:paraId="5F59E2C8" w14:textId="77777777" w:rsidR="000000AC" w:rsidRPr="000000AC" w:rsidRDefault="000000AC">
      <w:pPr>
        <w:numPr>
          <w:ilvl w:val="0"/>
          <w:numId w:val="24"/>
        </w:numPr>
        <w:rPr>
          <w:lang w:val="es-CR"/>
        </w:rPr>
      </w:pPr>
      <w:r w:rsidRPr="000000AC">
        <w:rPr>
          <w:lang w:val="es-CR"/>
        </w:rPr>
        <w:t xml:space="preserve">Láminas geométricas </w:t>
      </w:r>
    </w:p>
    <w:p w14:paraId="165E0BAB" w14:textId="77777777" w:rsidR="000000AC" w:rsidRPr="000000AC" w:rsidRDefault="000000AC">
      <w:pPr>
        <w:numPr>
          <w:ilvl w:val="0"/>
          <w:numId w:val="24"/>
        </w:numPr>
        <w:rPr>
          <w:lang w:val="es-CR"/>
        </w:rPr>
      </w:pPr>
      <w:r w:rsidRPr="000000AC">
        <w:rPr>
          <w:lang w:val="es-CR"/>
        </w:rPr>
        <w:t xml:space="preserve">Colores </w:t>
      </w:r>
    </w:p>
    <w:p w14:paraId="30F26003" w14:textId="77777777" w:rsidR="000000AC" w:rsidRPr="000000AC" w:rsidRDefault="000000AC" w:rsidP="000000AC">
      <w:pPr>
        <w:rPr>
          <w:b/>
          <w:bCs/>
          <w:lang w:val="es-CR"/>
        </w:rPr>
      </w:pPr>
      <w:r w:rsidRPr="000000AC">
        <w:rPr>
          <w:b/>
          <w:bCs/>
          <w:lang w:val="es-CR"/>
        </w:rPr>
        <w:t>Anexo 8</w:t>
      </w:r>
    </w:p>
    <w:p w14:paraId="5D5A121A" w14:textId="77777777" w:rsidR="000000AC" w:rsidRPr="000000AC" w:rsidRDefault="000000AC" w:rsidP="000000AC">
      <w:pPr>
        <w:rPr>
          <w:lang w:val="es-CR"/>
        </w:rPr>
      </w:pPr>
      <w:r w:rsidRPr="000000AC">
        <w:rPr>
          <w:lang w:val="es-CR"/>
        </w:rPr>
        <w:t>Figuras complejas:</w:t>
      </w:r>
    </w:p>
    <w:p w14:paraId="6375666E" w14:textId="77777777" w:rsidR="000000AC" w:rsidRPr="000000AC" w:rsidRDefault="000000AC">
      <w:pPr>
        <w:numPr>
          <w:ilvl w:val="0"/>
          <w:numId w:val="25"/>
        </w:numPr>
        <w:rPr>
          <w:lang w:val="es-CR"/>
        </w:rPr>
      </w:pPr>
      <w:r w:rsidRPr="000000AC">
        <w:rPr>
          <w:lang w:val="es-CR"/>
        </w:rPr>
        <w:t xml:space="preserve">casa, </w:t>
      </w:r>
    </w:p>
    <w:p w14:paraId="29E774E3" w14:textId="77777777" w:rsidR="000000AC" w:rsidRPr="000000AC" w:rsidRDefault="000000AC">
      <w:pPr>
        <w:numPr>
          <w:ilvl w:val="0"/>
          <w:numId w:val="25"/>
        </w:numPr>
        <w:rPr>
          <w:lang w:val="es-CR"/>
        </w:rPr>
      </w:pPr>
      <w:r w:rsidRPr="000000AC">
        <w:rPr>
          <w:lang w:val="es-CR"/>
        </w:rPr>
        <w:t xml:space="preserve">cohete, </w:t>
      </w:r>
    </w:p>
    <w:p w14:paraId="2F7BE3A9" w14:textId="77777777" w:rsidR="000000AC" w:rsidRPr="000000AC" w:rsidRDefault="000000AC">
      <w:pPr>
        <w:numPr>
          <w:ilvl w:val="0"/>
          <w:numId w:val="25"/>
        </w:numPr>
        <w:rPr>
          <w:lang w:val="es-CR"/>
        </w:rPr>
      </w:pPr>
      <w:r w:rsidRPr="000000AC">
        <w:rPr>
          <w:lang w:val="es-CR"/>
        </w:rPr>
        <w:t xml:space="preserve">árbol. </w:t>
      </w:r>
    </w:p>
    <w:p w14:paraId="3ED990E7" w14:textId="77777777" w:rsidR="000000AC" w:rsidRPr="000000AC" w:rsidRDefault="000000AC" w:rsidP="000000AC">
      <w:pPr>
        <w:rPr>
          <w:lang w:val="es-CR"/>
        </w:rPr>
      </w:pPr>
      <w:r w:rsidRPr="000000AC">
        <w:rPr>
          <w:lang w:val="es-CR"/>
        </w:rPr>
        <w:lastRenderedPageBreak/>
        <w:pict w14:anchorId="609F79E0">
          <v:rect id="_x0000_i1864" style="width:0;height:1.5pt" o:hralign="center" o:hrstd="t" o:hr="t" fillcolor="#a0a0a0" stroked="f"/>
        </w:pict>
      </w:r>
    </w:p>
    <w:p w14:paraId="3B98C4D6" w14:textId="77777777" w:rsidR="000000AC" w:rsidRPr="000000AC" w:rsidRDefault="000000AC" w:rsidP="000000AC">
      <w:pPr>
        <w:rPr>
          <w:b/>
          <w:bCs/>
          <w:lang w:val="es-CR"/>
        </w:rPr>
      </w:pPr>
      <w:r w:rsidRPr="000000AC">
        <w:rPr>
          <w:b/>
          <w:bCs/>
          <w:lang w:val="es-CR"/>
        </w:rPr>
        <w:t>Rúbrica para el planeamiento</w:t>
      </w:r>
    </w:p>
    <w:tbl>
      <w:tblPr>
        <w:tblStyle w:val="Tablaconcuadrcula"/>
        <w:tblW w:w="0" w:type="auto"/>
        <w:tblLook w:val="04A0" w:firstRow="1" w:lastRow="0" w:firstColumn="1" w:lastColumn="0" w:noHBand="0" w:noVBand="1"/>
      </w:tblPr>
      <w:tblGrid>
        <w:gridCol w:w="1659"/>
        <w:gridCol w:w="1895"/>
        <w:gridCol w:w="1918"/>
        <w:gridCol w:w="1323"/>
        <w:gridCol w:w="1835"/>
      </w:tblGrid>
      <w:tr w:rsidR="000000AC" w:rsidRPr="000000AC" w14:paraId="348BEE77" w14:textId="77777777" w:rsidTr="000000AC">
        <w:tc>
          <w:tcPr>
            <w:tcW w:w="0" w:type="auto"/>
            <w:hideMark/>
          </w:tcPr>
          <w:p w14:paraId="6EC41431" w14:textId="77777777" w:rsidR="000000AC" w:rsidRPr="000000AC" w:rsidRDefault="000000AC" w:rsidP="000000AC">
            <w:pPr>
              <w:spacing w:after="200" w:line="276" w:lineRule="auto"/>
              <w:rPr>
                <w:b/>
                <w:bCs/>
                <w:lang w:val="es-CR"/>
              </w:rPr>
            </w:pPr>
            <w:r w:rsidRPr="000000AC">
              <w:rPr>
                <w:b/>
                <w:bCs/>
                <w:lang w:val="es-CR"/>
              </w:rPr>
              <w:t>Criterio</w:t>
            </w:r>
          </w:p>
        </w:tc>
        <w:tc>
          <w:tcPr>
            <w:tcW w:w="0" w:type="auto"/>
            <w:hideMark/>
          </w:tcPr>
          <w:p w14:paraId="73477C75" w14:textId="77777777" w:rsidR="000000AC" w:rsidRPr="000000AC" w:rsidRDefault="000000AC" w:rsidP="000000AC">
            <w:pPr>
              <w:spacing w:after="200" w:line="276" w:lineRule="auto"/>
              <w:rPr>
                <w:b/>
                <w:bCs/>
                <w:lang w:val="es-CR"/>
              </w:rPr>
            </w:pPr>
            <w:r w:rsidRPr="000000AC">
              <w:rPr>
                <w:b/>
                <w:bCs/>
                <w:lang w:val="es-CR"/>
              </w:rPr>
              <w:t>Excelente</w:t>
            </w:r>
          </w:p>
        </w:tc>
        <w:tc>
          <w:tcPr>
            <w:tcW w:w="0" w:type="auto"/>
            <w:hideMark/>
          </w:tcPr>
          <w:p w14:paraId="187E7AA2" w14:textId="77777777" w:rsidR="000000AC" w:rsidRPr="000000AC" w:rsidRDefault="000000AC" w:rsidP="000000AC">
            <w:pPr>
              <w:spacing w:after="200" w:line="276" w:lineRule="auto"/>
              <w:rPr>
                <w:b/>
                <w:bCs/>
                <w:lang w:val="es-CR"/>
              </w:rPr>
            </w:pPr>
            <w:r w:rsidRPr="000000AC">
              <w:rPr>
                <w:b/>
                <w:bCs/>
                <w:lang w:val="es-CR"/>
              </w:rPr>
              <w:t>Bueno</w:t>
            </w:r>
          </w:p>
        </w:tc>
        <w:tc>
          <w:tcPr>
            <w:tcW w:w="0" w:type="auto"/>
            <w:hideMark/>
          </w:tcPr>
          <w:p w14:paraId="47336282" w14:textId="77777777" w:rsidR="000000AC" w:rsidRPr="000000AC" w:rsidRDefault="000000AC" w:rsidP="000000AC">
            <w:pPr>
              <w:spacing w:after="200" w:line="276" w:lineRule="auto"/>
              <w:rPr>
                <w:b/>
                <w:bCs/>
                <w:lang w:val="es-CR"/>
              </w:rPr>
            </w:pPr>
            <w:r w:rsidRPr="000000AC">
              <w:rPr>
                <w:b/>
                <w:bCs/>
                <w:lang w:val="es-CR"/>
              </w:rPr>
              <w:t>En proceso</w:t>
            </w:r>
          </w:p>
        </w:tc>
        <w:tc>
          <w:tcPr>
            <w:tcW w:w="0" w:type="auto"/>
            <w:hideMark/>
          </w:tcPr>
          <w:p w14:paraId="1956DDE9" w14:textId="77777777" w:rsidR="000000AC" w:rsidRPr="000000AC" w:rsidRDefault="000000AC" w:rsidP="000000AC">
            <w:pPr>
              <w:spacing w:after="200" w:line="276" w:lineRule="auto"/>
              <w:rPr>
                <w:b/>
                <w:bCs/>
                <w:lang w:val="es-CR"/>
              </w:rPr>
            </w:pPr>
            <w:r w:rsidRPr="000000AC">
              <w:rPr>
                <w:b/>
                <w:bCs/>
                <w:lang w:val="es-CR"/>
              </w:rPr>
              <w:t>Inicial</w:t>
            </w:r>
          </w:p>
        </w:tc>
      </w:tr>
      <w:tr w:rsidR="000000AC" w:rsidRPr="000000AC" w14:paraId="619EA99C" w14:textId="77777777" w:rsidTr="000000AC">
        <w:tc>
          <w:tcPr>
            <w:tcW w:w="0" w:type="auto"/>
            <w:hideMark/>
          </w:tcPr>
          <w:p w14:paraId="77481542" w14:textId="77777777" w:rsidR="000000AC" w:rsidRPr="000000AC" w:rsidRDefault="000000AC" w:rsidP="000000AC">
            <w:pPr>
              <w:spacing w:after="200" w:line="276" w:lineRule="auto"/>
              <w:rPr>
                <w:lang w:val="es-CR"/>
              </w:rPr>
            </w:pPr>
            <w:r w:rsidRPr="000000AC">
              <w:rPr>
                <w:lang w:val="es-CR"/>
              </w:rPr>
              <w:t>Reconoce triángulos y cuadriláteros</w:t>
            </w:r>
          </w:p>
        </w:tc>
        <w:tc>
          <w:tcPr>
            <w:tcW w:w="0" w:type="auto"/>
            <w:hideMark/>
          </w:tcPr>
          <w:p w14:paraId="23647080" w14:textId="77777777" w:rsidR="000000AC" w:rsidRPr="000000AC" w:rsidRDefault="000000AC" w:rsidP="000000AC">
            <w:pPr>
              <w:spacing w:after="200" w:line="276" w:lineRule="auto"/>
              <w:rPr>
                <w:lang w:val="es-CR"/>
              </w:rPr>
            </w:pPr>
            <w:r w:rsidRPr="000000AC">
              <w:rPr>
                <w:lang w:val="es-CR"/>
              </w:rPr>
              <w:t>Identifica todas las figuras correctamente.</w:t>
            </w:r>
          </w:p>
        </w:tc>
        <w:tc>
          <w:tcPr>
            <w:tcW w:w="0" w:type="auto"/>
            <w:hideMark/>
          </w:tcPr>
          <w:p w14:paraId="5F3CAB26" w14:textId="77777777" w:rsidR="000000AC" w:rsidRPr="000000AC" w:rsidRDefault="000000AC" w:rsidP="000000AC">
            <w:pPr>
              <w:spacing w:after="200" w:line="276" w:lineRule="auto"/>
              <w:rPr>
                <w:lang w:val="es-CR"/>
              </w:rPr>
            </w:pPr>
            <w:r w:rsidRPr="000000AC">
              <w:rPr>
                <w:lang w:val="es-CR"/>
              </w:rPr>
              <w:t>Identifica la mayoría correctamente.</w:t>
            </w:r>
          </w:p>
        </w:tc>
        <w:tc>
          <w:tcPr>
            <w:tcW w:w="0" w:type="auto"/>
            <w:hideMark/>
          </w:tcPr>
          <w:p w14:paraId="357ECA0A" w14:textId="77777777" w:rsidR="000000AC" w:rsidRPr="000000AC" w:rsidRDefault="000000AC" w:rsidP="000000AC">
            <w:pPr>
              <w:spacing w:after="200" w:line="276" w:lineRule="auto"/>
              <w:rPr>
                <w:lang w:val="es-CR"/>
              </w:rPr>
            </w:pPr>
            <w:r w:rsidRPr="000000AC">
              <w:rPr>
                <w:lang w:val="es-CR"/>
              </w:rPr>
              <w:t>Presenta algunos errores.</w:t>
            </w:r>
          </w:p>
        </w:tc>
        <w:tc>
          <w:tcPr>
            <w:tcW w:w="0" w:type="auto"/>
            <w:hideMark/>
          </w:tcPr>
          <w:p w14:paraId="5C19B76D" w14:textId="77777777" w:rsidR="000000AC" w:rsidRPr="000000AC" w:rsidRDefault="000000AC" w:rsidP="000000AC">
            <w:pPr>
              <w:spacing w:after="200" w:line="276" w:lineRule="auto"/>
              <w:rPr>
                <w:lang w:val="es-CR"/>
              </w:rPr>
            </w:pPr>
            <w:r w:rsidRPr="000000AC">
              <w:rPr>
                <w:lang w:val="es-CR"/>
              </w:rPr>
              <w:t>Tiene dificultad para identificar figuras.</w:t>
            </w:r>
          </w:p>
        </w:tc>
      </w:tr>
      <w:tr w:rsidR="000000AC" w:rsidRPr="000000AC" w14:paraId="21186B7C" w14:textId="77777777" w:rsidTr="000000AC">
        <w:tc>
          <w:tcPr>
            <w:tcW w:w="0" w:type="auto"/>
            <w:hideMark/>
          </w:tcPr>
          <w:p w14:paraId="1EDDBDC9" w14:textId="77777777" w:rsidR="000000AC" w:rsidRPr="000000AC" w:rsidRDefault="000000AC" w:rsidP="000000AC">
            <w:pPr>
              <w:spacing w:after="200" w:line="276" w:lineRule="auto"/>
              <w:rPr>
                <w:lang w:val="es-CR"/>
              </w:rPr>
            </w:pPr>
            <w:r w:rsidRPr="000000AC">
              <w:rPr>
                <w:lang w:val="es-CR"/>
              </w:rPr>
              <w:t>Traza figuras geométricas</w:t>
            </w:r>
          </w:p>
        </w:tc>
        <w:tc>
          <w:tcPr>
            <w:tcW w:w="0" w:type="auto"/>
            <w:hideMark/>
          </w:tcPr>
          <w:p w14:paraId="3BC68204" w14:textId="77777777" w:rsidR="000000AC" w:rsidRPr="000000AC" w:rsidRDefault="000000AC" w:rsidP="000000AC">
            <w:pPr>
              <w:spacing w:after="200" w:line="276" w:lineRule="auto"/>
              <w:rPr>
                <w:lang w:val="es-CR"/>
              </w:rPr>
            </w:pPr>
            <w:r w:rsidRPr="000000AC">
              <w:rPr>
                <w:lang w:val="es-CR"/>
              </w:rPr>
              <w:t>Traza figuras con precisión y orden.</w:t>
            </w:r>
          </w:p>
        </w:tc>
        <w:tc>
          <w:tcPr>
            <w:tcW w:w="0" w:type="auto"/>
            <w:hideMark/>
          </w:tcPr>
          <w:p w14:paraId="49769D8F" w14:textId="77777777" w:rsidR="000000AC" w:rsidRPr="000000AC" w:rsidRDefault="000000AC" w:rsidP="000000AC">
            <w:pPr>
              <w:spacing w:after="200" w:line="276" w:lineRule="auto"/>
              <w:rPr>
                <w:lang w:val="es-CR"/>
              </w:rPr>
            </w:pPr>
            <w:r w:rsidRPr="000000AC">
              <w:rPr>
                <w:lang w:val="es-CR"/>
              </w:rPr>
              <w:t>Traza la mayoría correctamente.</w:t>
            </w:r>
          </w:p>
        </w:tc>
        <w:tc>
          <w:tcPr>
            <w:tcW w:w="0" w:type="auto"/>
            <w:hideMark/>
          </w:tcPr>
          <w:p w14:paraId="66874313" w14:textId="77777777" w:rsidR="000000AC" w:rsidRPr="000000AC" w:rsidRDefault="000000AC" w:rsidP="000000AC">
            <w:pPr>
              <w:spacing w:after="200" w:line="276" w:lineRule="auto"/>
              <w:rPr>
                <w:lang w:val="es-CR"/>
              </w:rPr>
            </w:pPr>
            <w:r w:rsidRPr="000000AC">
              <w:rPr>
                <w:lang w:val="es-CR"/>
              </w:rPr>
              <w:t>Requiere apoyo frecuente.</w:t>
            </w:r>
          </w:p>
        </w:tc>
        <w:tc>
          <w:tcPr>
            <w:tcW w:w="0" w:type="auto"/>
            <w:hideMark/>
          </w:tcPr>
          <w:p w14:paraId="6E251EB8" w14:textId="77777777" w:rsidR="000000AC" w:rsidRPr="000000AC" w:rsidRDefault="000000AC" w:rsidP="000000AC">
            <w:pPr>
              <w:spacing w:after="200" w:line="276" w:lineRule="auto"/>
              <w:rPr>
                <w:lang w:val="es-CR"/>
              </w:rPr>
            </w:pPr>
            <w:r w:rsidRPr="000000AC">
              <w:rPr>
                <w:lang w:val="es-CR"/>
              </w:rPr>
              <w:t>Presenta dificultad en el trazo.</w:t>
            </w:r>
          </w:p>
        </w:tc>
      </w:tr>
      <w:tr w:rsidR="000000AC" w:rsidRPr="000000AC" w14:paraId="36368E09" w14:textId="77777777" w:rsidTr="000000AC">
        <w:tc>
          <w:tcPr>
            <w:tcW w:w="0" w:type="auto"/>
            <w:hideMark/>
          </w:tcPr>
          <w:p w14:paraId="40E04A97" w14:textId="77777777" w:rsidR="000000AC" w:rsidRPr="000000AC" w:rsidRDefault="000000AC" w:rsidP="000000AC">
            <w:pPr>
              <w:spacing w:after="200" w:line="276" w:lineRule="auto"/>
              <w:rPr>
                <w:lang w:val="es-CR"/>
              </w:rPr>
            </w:pPr>
            <w:r w:rsidRPr="000000AC">
              <w:rPr>
                <w:lang w:val="es-CR"/>
              </w:rPr>
              <w:t>Identifica rectángulos y cuadrados</w:t>
            </w:r>
          </w:p>
        </w:tc>
        <w:tc>
          <w:tcPr>
            <w:tcW w:w="0" w:type="auto"/>
            <w:hideMark/>
          </w:tcPr>
          <w:p w14:paraId="779A54D3" w14:textId="77777777" w:rsidR="000000AC" w:rsidRPr="000000AC" w:rsidRDefault="000000AC" w:rsidP="000000AC">
            <w:pPr>
              <w:spacing w:after="200" w:line="276" w:lineRule="auto"/>
              <w:rPr>
                <w:lang w:val="es-CR"/>
              </w:rPr>
            </w:pPr>
            <w:r w:rsidRPr="000000AC">
              <w:rPr>
                <w:lang w:val="es-CR"/>
              </w:rPr>
              <w:t>Diferencia correctamente ambas figuras.</w:t>
            </w:r>
          </w:p>
        </w:tc>
        <w:tc>
          <w:tcPr>
            <w:tcW w:w="0" w:type="auto"/>
            <w:hideMark/>
          </w:tcPr>
          <w:p w14:paraId="76B517EA" w14:textId="77777777" w:rsidR="000000AC" w:rsidRPr="000000AC" w:rsidRDefault="000000AC" w:rsidP="000000AC">
            <w:pPr>
              <w:spacing w:after="200" w:line="276" w:lineRule="auto"/>
              <w:rPr>
                <w:lang w:val="es-CR"/>
              </w:rPr>
            </w:pPr>
            <w:r w:rsidRPr="000000AC">
              <w:rPr>
                <w:lang w:val="es-CR"/>
              </w:rPr>
              <w:t>Diferencia la mayoría de las veces.</w:t>
            </w:r>
          </w:p>
        </w:tc>
        <w:tc>
          <w:tcPr>
            <w:tcW w:w="0" w:type="auto"/>
            <w:hideMark/>
          </w:tcPr>
          <w:p w14:paraId="1C635030" w14:textId="77777777" w:rsidR="000000AC" w:rsidRPr="000000AC" w:rsidRDefault="000000AC" w:rsidP="000000AC">
            <w:pPr>
              <w:spacing w:after="200" w:line="276" w:lineRule="auto"/>
              <w:rPr>
                <w:lang w:val="es-CR"/>
              </w:rPr>
            </w:pPr>
            <w:r w:rsidRPr="000000AC">
              <w:rPr>
                <w:lang w:val="es-CR"/>
              </w:rPr>
              <w:t>Presenta confusión ocasional.</w:t>
            </w:r>
          </w:p>
        </w:tc>
        <w:tc>
          <w:tcPr>
            <w:tcW w:w="0" w:type="auto"/>
            <w:hideMark/>
          </w:tcPr>
          <w:p w14:paraId="290815BC" w14:textId="77777777" w:rsidR="000000AC" w:rsidRPr="000000AC" w:rsidRDefault="000000AC" w:rsidP="000000AC">
            <w:pPr>
              <w:spacing w:after="200" w:line="276" w:lineRule="auto"/>
              <w:rPr>
                <w:lang w:val="es-CR"/>
              </w:rPr>
            </w:pPr>
            <w:r w:rsidRPr="000000AC">
              <w:rPr>
                <w:lang w:val="es-CR"/>
              </w:rPr>
              <w:t>No logra diferenciarlas.</w:t>
            </w:r>
          </w:p>
        </w:tc>
      </w:tr>
      <w:tr w:rsidR="000000AC" w:rsidRPr="000000AC" w14:paraId="07FD5700" w14:textId="77777777" w:rsidTr="000000AC">
        <w:tc>
          <w:tcPr>
            <w:tcW w:w="0" w:type="auto"/>
            <w:hideMark/>
          </w:tcPr>
          <w:p w14:paraId="65F3C6B5" w14:textId="77777777" w:rsidR="000000AC" w:rsidRPr="000000AC" w:rsidRDefault="000000AC" w:rsidP="000000AC">
            <w:pPr>
              <w:spacing w:after="200" w:line="276" w:lineRule="auto"/>
              <w:rPr>
                <w:lang w:val="es-CR"/>
              </w:rPr>
            </w:pPr>
            <w:r w:rsidRPr="000000AC">
              <w:rPr>
                <w:lang w:val="es-CR"/>
              </w:rPr>
              <w:t>Reconoce lados y vértices</w:t>
            </w:r>
          </w:p>
        </w:tc>
        <w:tc>
          <w:tcPr>
            <w:tcW w:w="0" w:type="auto"/>
            <w:hideMark/>
          </w:tcPr>
          <w:p w14:paraId="541B0CFB" w14:textId="77777777" w:rsidR="000000AC" w:rsidRPr="000000AC" w:rsidRDefault="000000AC" w:rsidP="000000AC">
            <w:pPr>
              <w:spacing w:after="200" w:line="276" w:lineRule="auto"/>
              <w:rPr>
                <w:lang w:val="es-CR"/>
              </w:rPr>
            </w:pPr>
            <w:r w:rsidRPr="000000AC">
              <w:rPr>
                <w:lang w:val="es-CR"/>
              </w:rPr>
              <w:t>Identifica correctamente todos los elementos.</w:t>
            </w:r>
          </w:p>
        </w:tc>
        <w:tc>
          <w:tcPr>
            <w:tcW w:w="0" w:type="auto"/>
            <w:hideMark/>
          </w:tcPr>
          <w:p w14:paraId="2CCDE35C" w14:textId="77777777" w:rsidR="000000AC" w:rsidRPr="000000AC" w:rsidRDefault="000000AC" w:rsidP="000000AC">
            <w:pPr>
              <w:spacing w:after="200" w:line="276" w:lineRule="auto"/>
              <w:rPr>
                <w:lang w:val="es-CR"/>
              </w:rPr>
            </w:pPr>
            <w:r w:rsidRPr="000000AC">
              <w:rPr>
                <w:lang w:val="es-CR"/>
              </w:rPr>
              <w:t>Identifica la mayoría correctamente.</w:t>
            </w:r>
          </w:p>
        </w:tc>
        <w:tc>
          <w:tcPr>
            <w:tcW w:w="0" w:type="auto"/>
            <w:hideMark/>
          </w:tcPr>
          <w:p w14:paraId="719802A8" w14:textId="77777777" w:rsidR="000000AC" w:rsidRPr="000000AC" w:rsidRDefault="000000AC" w:rsidP="000000AC">
            <w:pPr>
              <w:spacing w:after="200" w:line="276" w:lineRule="auto"/>
              <w:rPr>
                <w:lang w:val="es-CR"/>
              </w:rPr>
            </w:pPr>
            <w:r w:rsidRPr="000000AC">
              <w:rPr>
                <w:lang w:val="es-CR"/>
              </w:rPr>
              <w:t>Presenta algunos errores.</w:t>
            </w:r>
          </w:p>
        </w:tc>
        <w:tc>
          <w:tcPr>
            <w:tcW w:w="0" w:type="auto"/>
            <w:hideMark/>
          </w:tcPr>
          <w:p w14:paraId="6FAAD6BF" w14:textId="77777777" w:rsidR="000000AC" w:rsidRPr="000000AC" w:rsidRDefault="000000AC" w:rsidP="000000AC">
            <w:pPr>
              <w:spacing w:after="200" w:line="276" w:lineRule="auto"/>
              <w:rPr>
                <w:lang w:val="es-CR"/>
              </w:rPr>
            </w:pPr>
            <w:r w:rsidRPr="000000AC">
              <w:rPr>
                <w:lang w:val="es-CR"/>
              </w:rPr>
              <w:t>Tiene dificultad para identificarlos.</w:t>
            </w:r>
          </w:p>
        </w:tc>
      </w:tr>
      <w:tr w:rsidR="000000AC" w:rsidRPr="000000AC" w14:paraId="3C531162" w14:textId="77777777" w:rsidTr="000000AC">
        <w:tc>
          <w:tcPr>
            <w:tcW w:w="0" w:type="auto"/>
            <w:hideMark/>
          </w:tcPr>
          <w:p w14:paraId="1CFF46FC" w14:textId="77777777" w:rsidR="000000AC" w:rsidRPr="000000AC" w:rsidRDefault="000000AC" w:rsidP="000000AC">
            <w:pPr>
              <w:spacing w:after="200" w:line="276" w:lineRule="auto"/>
              <w:rPr>
                <w:lang w:val="es-CR"/>
              </w:rPr>
            </w:pPr>
            <w:r w:rsidRPr="000000AC">
              <w:rPr>
                <w:lang w:val="es-CR"/>
              </w:rPr>
              <w:t>Compone y descompone figuras</w:t>
            </w:r>
          </w:p>
        </w:tc>
        <w:tc>
          <w:tcPr>
            <w:tcW w:w="0" w:type="auto"/>
            <w:hideMark/>
          </w:tcPr>
          <w:p w14:paraId="0852FCEE" w14:textId="77777777" w:rsidR="000000AC" w:rsidRPr="000000AC" w:rsidRDefault="000000AC" w:rsidP="000000AC">
            <w:pPr>
              <w:spacing w:after="200" w:line="276" w:lineRule="auto"/>
              <w:rPr>
                <w:lang w:val="es-CR"/>
              </w:rPr>
            </w:pPr>
            <w:r w:rsidRPr="000000AC">
              <w:rPr>
                <w:lang w:val="es-CR"/>
              </w:rPr>
              <w:t>Construye y separa figuras correctamente.</w:t>
            </w:r>
          </w:p>
        </w:tc>
        <w:tc>
          <w:tcPr>
            <w:tcW w:w="0" w:type="auto"/>
            <w:hideMark/>
          </w:tcPr>
          <w:p w14:paraId="72BDDF98" w14:textId="77777777" w:rsidR="000000AC" w:rsidRPr="000000AC" w:rsidRDefault="000000AC" w:rsidP="000000AC">
            <w:pPr>
              <w:spacing w:after="200" w:line="276" w:lineRule="auto"/>
              <w:rPr>
                <w:lang w:val="es-CR"/>
              </w:rPr>
            </w:pPr>
            <w:r w:rsidRPr="000000AC">
              <w:rPr>
                <w:lang w:val="es-CR"/>
              </w:rPr>
              <w:t>Realiza la mayoría adecuadamente.</w:t>
            </w:r>
          </w:p>
        </w:tc>
        <w:tc>
          <w:tcPr>
            <w:tcW w:w="0" w:type="auto"/>
            <w:hideMark/>
          </w:tcPr>
          <w:p w14:paraId="7937BFB4" w14:textId="77777777" w:rsidR="000000AC" w:rsidRPr="000000AC" w:rsidRDefault="000000AC" w:rsidP="000000AC">
            <w:pPr>
              <w:spacing w:after="200" w:line="276" w:lineRule="auto"/>
              <w:rPr>
                <w:lang w:val="es-CR"/>
              </w:rPr>
            </w:pPr>
            <w:r w:rsidRPr="000000AC">
              <w:rPr>
                <w:lang w:val="es-CR"/>
              </w:rPr>
              <w:t>Necesita apoyo frecuente.</w:t>
            </w:r>
          </w:p>
        </w:tc>
        <w:tc>
          <w:tcPr>
            <w:tcW w:w="0" w:type="auto"/>
            <w:hideMark/>
          </w:tcPr>
          <w:p w14:paraId="6AC25566" w14:textId="77777777" w:rsidR="000000AC" w:rsidRPr="000000AC" w:rsidRDefault="000000AC" w:rsidP="000000AC">
            <w:pPr>
              <w:spacing w:after="200" w:line="276" w:lineRule="auto"/>
              <w:rPr>
                <w:lang w:val="es-CR"/>
              </w:rPr>
            </w:pPr>
            <w:r w:rsidRPr="000000AC">
              <w:rPr>
                <w:lang w:val="es-CR"/>
              </w:rPr>
              <w:t>Presenta dificultad para completar actividades.</w:t>
            </w:r>
          </w:p>
        </w:tc>
      </w:tr>
    </w:tbl>
    <w:p w14:paraId="626BC657" w14:textId="77777777" w:rsidR="00505C6E" w:rsidRDefault="00505C6E" w:rsidP="001373BF">
      <w:pPr>
        <w:rPr>
          <w:lang w:val="es-CR"/>
        </w:rPr>
      </w:pPr>
    </w:p>
    <w:p w14:paraId="169759EB" w14:textId="77777777" w:rsidR="00505C6E" w:rsidRDefault="00505C6E" w:rsidP="001373BF">
      <w:pPr>
        <w:rPr>
          <w:lang w:val="es-CR"/>
        </w:rPr>
      </w:pPr>
    </w:p>
    <w:p w14:paraId="7998F0F7" w14:textId="77777777" w:rsidR="00505C6E" w:rsidRDefault="00505C6E" w:rsidP="001373BF">
      <w:pPr>
        <w:rPr>
          <w:lang w:val="es-CR"/>
        </w:rPr>
      </w:pPr>
    </w:p>
    <w:p w14:paraId="5A7CB04B" w14:textId="2AA80820" w:rsidR="00505C6E" w:rsidRDefault="00505C6E" w:rsidP="001373BF">
      <w:pPr>
        <w:rPr>
          <w:lang w:val="es-CR"/>
        </w:rPr>
      </w:pPr>
    </w:p>
    <w:p w14:paraId="40F4C2C0" w14:textId="77777777" w:rsidR="000000AC" w:rsidRDefault="000000AC" w:rsidP="001373BF">
      <w:pPr>
        <w:rPr>
          <w:lang w:val="es-CR"/>
        </w:rPr>
      </w:pPr>
    </w:p>
    <w:p w14:paraId="18708576" w14:textId="77777777" w:rsidR="000000AC" w:rsidRDefault="000000AC" w:rsidP="001373BF">
      <w:pPr>
        <w:rPr>
          <w:lang w:val="es-CR"/>
        </w:rPr>
      </w:pPr>
    </w:p>
    <w:p w14:paraId="76C5B6CA" w14:textId="77777777" w:rsidR="000000AC" w:rsidRDefault="000000AC" w:rsidP="001373BF">
      <w:pPr>
        <w:rPr>
          <w:lang w:val="es-CR"/>
        </w:rPr>
      </w:pPr>
    </w:p>
    <w:p w14:paraId="69A4B860" w14:textId="77777777" w:rsidR="000000AC" w:rsidRDefault="000000AC" w:rsidP="001373BF">
      <w:pPr>
        <w:rPr>
          <w:lang w:val="es-CR"/>
        </w:rPr>
      </w:pPr>
    </w:p>
    <w:p w14:paraId="27BA9A27" w14:textId="77777777" w:rsidR="00A967C4" w:rsidRDefault="00A967C4" w:rsidP="001373BF">
      <w:pPr>
        <w:rPr>
          <w:lang w:val="es-CR"/>
        </w:rPr>
      </w:pPr>
    </w:p>
    <w:p w14:paraId="1192BCBF" w14:textId="77777777" w:rsidR="00A967C4" w:rsidRDefault="00A967C4" w:rsidP="001373BF">
      <w:pPr>
        <w:rPr>
          <w:lang w:val="es-CR"/>
        </w:rPr>
      </w:pPr>
    </w:p>
    <w:p w14:paraId="737F87DE" w14:textId="77777777" w:rsidR="00A967C4" w:rsidRPr="00A967C4" w:rsidRDefault="00A967C4" w:rsidP="00A967C4">
      <w:pPr>
        <w:rPr>
          <w:b/>
          <w:bCs/>
          <w:lang w:val="es-CR"/>
        </w:rPr>
      </w:pPr>
      <w:r w:rsidRPr="00A967C4">
        <w:rPr>
          <w:b/>
          <w:bCs/>
          <w:lang w:val="es-CR"/>
        </w:rPr>
        <w:lastRenderedPageBreak/>
        <w:t>CUADERNILLO DE TRABAJO</w:t>
      </w:r>
    </w:p>
    <w:p w14:paraId="7E8C3F5D" w14:textId="77777777" w:rsidR="00A967C4" w:rsidRPr="00A967C4" w:rsidRDefault="00A967C4" w:rsidP="00A967C4">
      <w:pPr>
        <w:rPr>
          <w:b/>
          <w:bCs/>
          <w:lang w:val="es-CR"/>
        </w:rPr>
      </w:pPr>
      <w:r w:rsidRPr="00A967C4">
        <w:rPr>
          <w:b/>
          <w:bCs/>
          <w:lang w:val="es-CR"/>
        </w:rPr>
        <w:t>Geometría: Triángulos y cuadriláteros</w:t>
      </w:r>
    </w:p>
    <w:p w14:paraId="6567CC64" w14:textId="77777777" w:rsidR="00A967C4" w:rsidRPr="00A967C4" w:rsidRDefault="00A967C4" w:rsidP="00A967C4">
      <w:pPr>
        <w:rPr>
          <w:lang w:val="es-CR"/>
        </w:rPr>
      </w:pPr>
      <w:r w:rsidRPr="00A967C4">
        <w:rPr>
          <w:b/>
          <w:bCs/>
          <w:lang w:val="es-CR"/>
        </w:rPr>
        <w:t>Centro educativo:</w:t>
      </w:r>
      <w:r w:rsidRPr="00A967C4">
        <w:rPr>
          <w:lang w:val="es-CR"/>
        </w:rPr>
        <w:t xml:space="preserve"> ________________________________</w:t>
      </w:r>
      <w:r w:rsidRPr="00A967C4">
        <w:rPr>
          <w:lang w:val="es-CR"/>
        </w:rPr>
        <w:br/>
      </w:r>
      <w:r w:rsidRPr="00A967C4">
        <w:rPr>
          <w:b/>
          <w:bCs/>
          <w:lang w:val="es-CR"/>
        </w:rPr>
        <w:t>Nombre del estudiante:</w:t>
      </w:r>
      <w:r w:rsidRPr="00A967C4">
        <w:rPr>
          <w:lang w:val="es-CR"/>
        </w:rPr>
        <w:t xml:space="preserve"> ___________________________</w:t>
      </w:r>
      <w:r w:rsidRPr="00A967C4">
        <w:rPr>
          <w:lang w:val="es-CR"/>
        </w:rPr>
        <w:br/>
      </w:r>
      <w:r w:rsidRPr="00A967C4">
        <w:rPr>
          <w:b/>
          <w:bCs/>
          <w:lang w:val="es-CR"/>
        </w:rPr>
        <w:t>Nivel:</w:t>
      </w:r>
      <w:r w:rsidRPr="00A967C4">
        <w:rPr>
          <w:lang w:val="es-CR"/>
        </w:rPr>
        <w:t xml:space="preserve"> ____________________</w:t>
      </w:r>
      <w:r w:rsidRPr="00A967C4">
        <w:rPr>
          <w:lang w:val="es-CR"/>
        </w:rPr>
        <w:br/>
      </w:r>
      <w:r w:rsidRPr="00A967C4">
        <w:rPr>
          <w:b/>
          <w:bCs/>
          <w:lang w:val="es-CR"/>
        </w:rPr>
        <w:t>Fecha:</w:t>
      </w:r>
      <w:r w:rsidRPr="00A967C4">
        <w:rPr>
          <w:lang w:val="es-CR"/>
        </w:rPr>
        <w:t xml:space="preserve"> ____________________</w:t>
      </w:r>
    </w:p>
    <w:p w14:paraId="5A191109" w14:textId="77777777" w:rsidR="00A967C4" w:rsidRPr="00A967C4" w:rsidRDefault="00A967C4" w:rsidP="00A967C4">
      <w:pPr>
        <w:rPr>
          <w:lang w:val="es-CR"/>
        </w:rPr>
      </w:pPr>
      <w:r w:rsidRPr="00A967C4">
        <w:rPr>
          <w:lang w:val="es-CR"/>
        </w:rPr>
        <w:pict w14:anchorId="37E21525">
          <v:rect id="_x0000_i2005" style="width:0;height:1.5pt" o:hralign="center" o:hrstd="t" o:hr="t" fillcolor="#a0a0a0" stroked="f"/>
        </w:pict>
      </w:r>
    </w:p>
    <w:p w14:paraId="0EAF7804" w14:textId="77777777" w:rsidR="00A967C4" w:rsidRPr="00A967C4" w:rsidRDefault="00A967C4" w:rsidP="00A967C4">
      <w:pPr>
        <w:rPr>
          <w:b/>
          <w:bCs/>
          <w:lang w:val="es-CR"/>
        </w:rPr>
      </w:pPr>
      <w:r w:rsidRPr="00A967C4">
        <w:rPr>
          <w:b/>
          <w:bCs/>
          <w:lang w:val="es-CR"/>
        </w:rPr>
        <w:t>Instrucciones generales</w:t>
      </w:r>
    </w:p>
    <w:p w14:paraId="7C9BDA96" w14:textId="77777777" w:rsidR="00A967C4" w:rsidRPr="00A967C4" w:rsidRDefault="00A967C4">
      <w:pPr>
        <w:numPr>
          <w:ilvl w:val="0"/>
          <w:numId w:val="26"/>
        </w:numPr>
        <w:rPr>
          <w:lang w:val="es-CR"/>
        </w:rPr>
      </w:pPr>
      <w:r w:rsidRPr="00A967C4">
        <w:rPr>
          <w:lang w:val="es-CR"/>
        </w:rPr>
        <w:t xml:space="preserve">Observa cada figura con atención. </w:t>
      </w:r>
    </w:p>
    <w:p w14:paraId="021DA1FC" w14:textId="77777777" w:rsidR="00A967C4" w:rsidRPr="00A967C4" w:rsidRDefault="00A967C4">
      <w:pPr>
        <w:numPr>
          <w:ilvl w:val="0"/>
          <w:numId w:val="26"/>
        </w:numPr>
        <w:rPr>
          <w:lang w:val="es-CR"/>
        </w:rPr>
      </w:pPr>
      <w:r w:rsidRPr="00A967C4">
        <w:rPr>
          <w:lang w:val="es-CR"/>
        </w:rPr>
        <w:t xml:space="preserve">Usa lápiz, regla y colores. </w:t>
      </w:r>
    </w:p>
    <w:p w14:paraId="45DBECD4" w14:textId="77777777" w:rsidR="00A967C4" w:rsidRPr="00A967C4" w:rsidRDefault="00A967C4">
      <w:pPr>
        <w:numPr>
          <w:ilvl w:val="0"/>
          <w:numId w:val="26"/>
        </w:numPr>
        <w:rPr>
          <w:lang w:val="es-CR"/>
        </w:rPr>
      </w:pPr>
      <w:r w:rsidRPr="00A967C4">
        <w:rPr>
          <w:lang w:val="es-CR"/>
        </w:rPr>
        <w:t xml:space="preserve">Trabaja con orden y limpieza. </w:t>
      </w:r>
    </w:p>
    <w:p w14:paraId="21196845" w14:textId="77777777" w:rsidR="00A967C4" w:rsidRPr="00A967C4" w:rsidRDefault="00A967C4">
      <w:pPr>
        <w:numPr>
          <w:ilvl w:val="0"/>
          <w:numId w:val="26"/>
        </w:numPr>
        <w:rPr>
          <w:lang w:val="es-CR"/>
        </w:rPr>
      </w:pPr>
      <w:r w:rsidRPr="00A967C4">
        <w:rPr>
          <w:lang w:val="es-CR"/>
        </w:rPr>
        <w:t xml:space="preserve">Colorea las figuras cuando se indique. </w:t>
      </w:r>
    </w:p>
    <w:p w14:paraId="66C1F515" w14:textId="77777777" w:rsidR="00A967C4" w:rsidRPr="00A967C4" w:rsidRDefault="00A967C4" w:rsidP="00A967C4">
      <w:pPr>
        <w:rPr>
          <w:lang w:val="es-CR"/>
        </w:rPr>
      </w:pPr>
      <w:r w:rsidRPr="00A967C4">
        <w:rPr>
          <w:lang w:val="es-CR"/>
        </w:rPr>
        <w:pict w14:anchorId="775207FE">
          <v:rect id="_x0000_i2006" style="width:0;height:1.5pt" o:hralign="center" o:hrstd="t" o:hr="t" fillcolor="#a0a0a0" stroked="f"/>
        </w:pict>
      </w:r>
    </w:p>
    <w:p w14:paraId="39E4148D" w14:textId="77777777" w:rsidR="00A967C4" w:rsidRPr="00A967C4" w:rsidRDefault="00A967C4" w:rsidP="00A967C4">
      <w:pPr>
        <w:rPr>
          <w:b/>
          <w:bCs/>
          <w:lang w:val="es-CR"/>
        </w:rPr>
      </w:pPr>
      <w:r w:rsidRPr="00A967C4">
        <w:rPr>
          <w:b/>
          <w:bCs/>
          <w:lang w:val="es-CR"/>
        </w:rPr>
        <w:t>ACTIVIDAD 1. RECONOZCO FIGURAS</w:t>
      </w:r>
    </w:p>
    <w:p w14:paraId="7DF52A9A" w14:textId="77777777" w:rsidR="00A967C4" w:rsidRPr="00A967C4" w:rsidRDefault="00A967C4" w:rsidP="00A967C4">
      <w:pPr>
        <w:rPr>
          <w:b/>
          <w:bCs/>
          <w:lang w:val="es-CR"/>
        </w:rPr>
      </w:pPr>
      <w:r w:rsidRPr="00A967C4">
        <w:rPr>
          <w:b/>
          <w:bCs/>
          <w:lang w:val="es-CR"/>
        </w:rPr>
        <w:t>Observa y escribe el nombre de cada figura.</w:t>
      </w:r>
    </w:p>
    <w:p w14:paraId="41705DCA" w14:textId="77777777" w:rsidR="00A967C4" w:rsidRPr="00A967C4" w:rsidRDefault="00A967C4" w:rsidP="00A967C4">
      <w:pPr>
        <w:rPr>
          <w:lang w:val="es-CR"/>
        </w:rPr>
      </w:pPr>
      <w:r w:rsidRPr="00A967C4">
        <w:rPr>
          <w:lang w:val="es-CR"/>
        </w:rPr>
        <w:t>△ ______________________</w:t>
      </w:r>
    </w:p>
    <w:p w14:paraId="0ECAF45D" w14:textId="77777777" w:rsidR="00A967C4" w:rsidRPr="00A967C4" w:rsidRDefault="00A967C4" w:rsidP="00A967C4">
      <w:pPr>
        <w:rPr>
          <w:lang w:val="es-CR"/>
        </w:rPr>
      </w:pPr>
      <w:r w:rsidRPr="00A967C4">
        <w:rPr>
          <w:lang w:val="es-CR"/>
        </w:rPr>
        <w:t>□ ______________________</w:t>
      </w:r>
    </w:p>
    <w:p w14:paraId="1B0D4F6E" w14:textId="77777777" w:rsidR="00A967C4" w:rsidRPr="00A967C4" w:rsidRDefault="00A967C4" w:rsidP="00A967C4">
      <w:pPr>
        <w:rPr>
          <w:lang w:val="es-CR"/>
        </w:rPr>
      </w:pPr>
      <w:r w:rsidRPr="00A967C4">
        <w:rPr>
          <w:lang w:val="es-CR"/>
        </w:rPr>
        <w:t>▭ ______________________</w:t>
      </w:r>
    </w:p>
    <w:p w14:paraId="68ACF8EA" w14:textId="77777777" w:rsidR="00A967C4" w:rsidRPr="00A967C4" w:rsidRDefault="00A967C4" w:rsidP="00A967C4">
      <w:pPr>
        <w:rPr>
          <w:lang w:val="es-CR"/>
        </w:rPr>
      </w:pPr>
      <w:r w:rsidRPr="00A967C4">
        <w:rPr>
          <w:lang w:val="es-CR"/>
        </w:rPr>
        <w:t>◇ ______________________</w:t>
      </w:r>
    </w:p>
    <w:p w14:paraId="4ED60D90" w14:textId="77777777" w:rsidR="00A967C4" w:rsidRPr="00A967C4" w:rsidRDefault="00A967C4" w:rsidP="00A967C4">
      <w:pPr>
        <w:rPr>
          <w:lang w:val="es-CR"/>
        </w:rPr>
      </w:pPr>
      <w:r w:rsidRPr="00A967C4">
        <w:rPr>
          <w:lang w:val="es-CR"/>
        </w:rPr>
        <w:pict w14:anchorId="21098AD8">
          <v:rect id="_x0000_i2007" style="width:0;height:1.5pt" o:hralign="center" o:hrstd="t" o:hr="t" fillcolor="#a0a0a0" stroked="f"/>
        </w:pict>
      </w:r>
    </w:p>
    <w:p w14:paraId="04D31E04" w14:textId="77777777" w:rsidR="00A967C4" w:rsidRPr="00A967C4" w:rsidRDefault="00A967C4" w:rsidP="00A967C4">
      <w:pPr>
        <w:rPr>
          <w:b/>
          <w:bCs/>
          <w:lang w:val="es-CR"/>
        </w:rPr>
      </w:pPr>
      <w:r w:rsidRPr="00A967C4">
        <w:rPr>
          <w:b/>
          <w:bCs/>
          <w:lang w:val="es-CR"/>
        </w:rPr>
        <w:t>ACTIVIDAD 2. COLOREA LAS FIGURAS</w:t>
      </w:r>
    </w:p>
    <w:p w14:paraId="3233249E" w14:textId="77777777" w:rsidR="00A967C4" w:rsidRPr="00A967C4" w:rsidRDefault="00A967C4" w:rsidP="00A967C4">
      <w:pPr>
        <w:rPr>
          <w:b/>
          <w:bCs/>
          <w:lang w:val="es-CR"/>
        </w:rPr>
      </w:pPr>
      <w:r w:rsidRPr="00A967C4">
        <w:rPr>
          <w:b/>
          <w:bCs/>
          <w:lang w:val="es-CR"/>
        </w:rPr>
        <w:t>Colorea:</w:t>
      </w:r>
    </w:p>
    <w:p w14:paraId="6F109ED5" w14:textId="77777777" w:rsidR="00A967C4" w:rsidRPr="00A967C4" w:rsidRDefault="00A967C4">
      <w:pPr>
        <w:numPr>
          <w:ilvl w:val="0"/>
          <w:numId w:val="27"/>
        </w:numPr>
        <w:rPr>
          <w:lang w:val="es-CR"/>
        </w:rPr>
      </w:pPr>
      <w:r w:rsidRPr="00A967C4">
        <w:rPr>
          <w:lang w:val="es-CR"/>
        </w:rPr>
        <w:t xml:space="preserve">de azul los triángulos, </w:t>
      </w:r>
    </w:p>
    <w:p w14:paraId="6BAA3E9F" w14:textId="77777777" w:rsidR="00A967C4" w:rsidRPr="00A967C4" w:rsidRDefault="00A967C4">
      <w:pPr>
        <w:numPr>
          <w:ilvl w:val="0"/>
          <w:numId w:val="27"/>
        </w:numPr>
        <w:rPr>
          <w:lang w:val="es-CR"/>
        </w:rPr>
      </w:pPr>
      <w:r w:rsidRPr="00A967C4">
        <w:rPr>
          <w:lang w:val="es-CR"/>
        </w:rPr>
        <w:t xml:space="preserve">de rojo los cuadrados, </w:t>
      </w:r>
    </w:p>
    <w:p w14:paraId="7D3153AB" w14:textId="77777777" w:rsidR="00A967C4" w:rsidRPr="00A967C4" w:rsidRDefault="00A967C4">
      <w:pPr>
        <w:numPr>
          <w:ilvl w:val="0"/>
          <w:numId w:val="27"/>
        </w:numPr>
        <w:rPr>
          <w:lang w:val="es-CR"/>
        </w:rPr>
      </w:pPr>
      <w:r w:rsidRPr="00A967C4">
        <w:rPr>
          <w:lang w:val="es-CR"/>
        </w:rPr>
        <w:t xml:space="preserve">de verde los rectángulos. </w:t>
      </w:r>
    </w:p>
    <w:p w14:paraId="6863B557" w14:textId="77777777" w:rsidR="00A967C4" w:rsidRPr="00A967C4" w:rsidRDefault="00A967C4" w:rsidP="00A967C4">
      <w:pPr>
        <w:rPr>
          <w:lang w:val="es-CR"/>
        </w:rPr>
      </w:pPr>
      <w:r w:rsidRPr="00A967C4">
        <w:rPr>
          <w:lang w:val="es-CR"/>
        </w:rPr>
        <w:t>△ □ ▭ △ □ ▭ △</w:t>
      </w:r>
    </w:p>
    <w:p w14:paraId="5430ABF0" w14:textId="77777777" w:rsidR="00A967C4" w:rsidRPr="00A967C4" w:rsidRDefault="00A967C4" w:rsidP="00A967C4">
      <w:pPr>
        <w:rPr>
          <w:lang w:val="es-CR"/>
        </w:rPr>
      </w:pPr>
      <w:r w:rsidRPr="00A967C4">
        <w:rPr>
          <w:lang w:val="es-CR"/>
        </w:rPr>
        <w:pict w14:anchorId="062045C8">
          <v:rect id="_x0000_i2008" style="width:0;height:1.5pt" o:hralign="center" o:hrstd="t" o:hr="t" fillcolor="#a0a0a0" stroked="f"/>
        </w:pict>
      </w:r>
    </w:p>
    <w:p w14:paraId="6A40EE27" w14:textId="77777777" w:rsidR="00A967C4" w:rsidRPr="00A967C4" w:rsidRDefault="00A967C4" w:rsidP="00A967C4">
      <w:pPr>
        <w:rPr>
          <w:b/>
          <w:bCs/>
          <w:lang w:val="es-CR"/>
        </w:rPr>
      </w:pPr>
      <w:r w:rsidRPr="00A967C4">
        <w:rPr>
          <w:b/>
          <w:bCs/>
          <w:lang w:val="es-CR"/>
        </w:rPr>
        <w:lastRenderedPageBreak/>
        <w:t>ACTIVIDAD 3. TRAZO FIGURAS</w:t>
      </w:r>
    </w:p>
    <w:p w14:paraId="57FD3172" w14:textId="77777777" w:rsidR="00A967C4" w:rsidRPr="00A967C4" w:rsidRDefault="00A967C4" w:rsidP="00A967C4">
      <w:pPr>
        <w:rPr>
          <w:b/>
          <w:bCs/>
          <w:lang w:val="es-CR"/>
        </w:rPr>
      </w:pPr>
      <w:r w:rsidRPr="00A967C4">
        <w:rPr>
          <w:b/>
          <w:bCs/>
          <w:lang w:val="es-CR"/>
        </w:rPr>
        <w:t>Traza las figuras utilizando regla.</w:t>
      </w:r>
    </w:p>
    <w:p w14:paraId="275ED61B" w14:textId="77777777" w:rsidR="00A967C4" w:rsidRPr="00A967C4" w:rsidRDefault="00A967C4">
      <w:pPr>
        <w:numPr>
          <w:ilvl w:val="0"/>
          <w:numId w:val="28"/>
        </w:numPr>
        <w:rPr>
          <w:lang w:val="es-CR"/>
        </w:rPr>
      </w:pPr>
      <w:r w:rsidRPr="00A967C4">
        <w:rPr>
          <w:lang w:val="es-CR"/>
        </w:rPr>
        <w:t xml:space="preserve">Un triángulo </w:t>
      </w:r>
    </w:p>
    <w:p w14:paraId="7C488EAA" w14:textId="77777777" w:rsidR="00A967C4" w:rsidRPr="00A967C4" w:rsidRDefault="00A967C4" w:rsidP="00A967C4">
      <w:pPr>
        <w:rPr>
          <w:lang w:val="es-CR"/>
        </w:rPr>
      </w:pPr>
      <w:r w:rsidRPr="00A967C4">
        <w:rPr>
          <w:lang w:val="es-CR"/>
        </w:rPr>
        <w:pict w14:anchorId="1F21BDCF">
          <v:rect id="_x0000_i2009" style="width:0;height:1.5pt" o:hralign="center" o:hrstd="t" o:hr="t" fillcolor="#a0a0a0" stroked="f"/>
        </w:pict>
      </w:r>
    </w:p>
    <w:p w14:paraId="06960D31" w14:textId="77777777" w:rsidR="00A967C4" w:rsidRPr="00A967C4" w:rsidRDefault="00A967C4">
      <w:pPr>
        <w:numPr>
          <w:ilvl w:val="0"/>
          <w:numId w:val="29"/>
        </w:numPr>
        <w:rPr>
          <w:lang w:val="es-CR"/>
        </w:rPr>
      </w:pPr>
      <w:r w:rsidRPr="00A967C4">
        <w:rPr>
          <w:lang w:val="es-CR"/>
        </w:rPr>
        <w:t xml:space="preserve">Un cuadrado </w:t>
      </w:r>
    </w:p>
    <w:p w14:paraId="4584C6F9" w14:textId="77777777" w:rsidR="00A967C4" w:rsidRPr="00A967C4" w:rsidRDefault="00A967C4" w:rsidP="00A967C4">
      <w:pPr>
        <w:rPr>
          <w:lang w:val="es-CR"/>
        </w:rPr>
      </w:pPr>
      <w:r w:rsidRPr="00A967C4">
        <w:rPr>
          <w:lang w:val="es-CR"/>
        </w:rPr>
        <w:pict w14:anchorId="6C7B71DB">
          <v:rect id="_x0000_i2010" style="width:0;height:1.5pt" o:hralign="center" o:hrstd="t" o:hr="t" fillcolor="#a0a0a0" stroked="f"/>
        </w:pict>
      </w:r>
    </w:p>
    <w:p w14:paraId="11D224D0" w14:textId="77777777" w:rsidR="00A967C4" w:rsidRPr="00A967C4" w:rsidRDefault="00A967C4">
      <w:pPr>
        <w:numPr>
          <w:ilvl w:val="0"/>
          <w:numId w:val="30"/>
        </w:numPr>
        <w:rPr>
          <w:lang w:val="es-CR"/>
        </w:rPr>
      </w:pPr>
      <w:r w:rsidRPr="00A967C4">
        <w:rPr>
          <w:lang w:val="es-CR"/>
        </w:rPr>
        <w:t xml:space="preserve">Un rectángulo </w:t>
      </w:r>
    </w:p>
    <w:p w14:paraId="45DAF7AF" w14:textId="77777777" w:rsidR="00A967C4" w:rsidRPr="00A967C4" w:rsidRDefault="00A967C4" w:rsidP="00A967C4">
      <w:pPr>
        <w:rPr>
          <w:lang w:val="es-CR"/>
        </w:rPr>
      </w:pPr>
      <w:r w:rsidRPr="00A967C4">
        <w:rPr>
          <w:lang w:val="es-CR"/>
        </w:rPr>
        <w:pict w14:anchorId="56CBDF96">
          <v:rect id="_x0000_i2011" style="width:0;height:1.5pt" o:hralign="center" o:hrstd="t" o:hr="t" fillcolor="#a0a0a0" stroked="f"/>
        </w:pict>
      </w:r>
    </w:p>
    <w:p w14:paraId="7C5CD048" w14:textId="77777777" w:rsidR="00A967C4" w:rsidRPr="00A967C4" w:rsidRDefault="00A967C4" w:rsidP="00A967C4">
      <w:pPr>
        <w:rPr>
          <w:b/>
          <w:bCs/>
          <w:lang w:val="es-CR"/>
        </w:rPr>
      </w:pPr>
      <w:r w:rsidRPr="00A967C4">
        <w:rPr>
          <w:b/>
          <w:bCs/>
          <w:lang w:val="es-CR"/>
        </w:rPr>
        <w:t>ACTIVIDAD 4. IDENTIFICO RECTÁNGULOS</w:t>
      </w:r>
    </w:p>
    <w:p w14:paraId="0FAF66F3" w14:textId="77777777" w:rsidR="00A967C4" w:rsidRPr="00A967C4" w:rsidRDefault="00A967C4" w:rsidP="00A967C4">
      <w:pPr>
        <w:rPr>
          <w:b/>
          <w:bCs/>
          <w:lang w:val="es-CR"/>
        </w:rPr>
      </w:pPr>
      <w:r w:rsidRPr="00A967C4">
        <w:rPr>
          <w:b/>
          <w:bCs/>
          <w:lang w:val="es-CR"/>
        </w:rPr>
        <w:t>Marca con una X los rectángulos.</w:t>
      </w:r>
    </w:p>
    <w:p w14:paraId="570D3771" w14:textId="77777777" w:rsidR="00A967C4" w:rsidRPr="00A967C4" w:rsidRDefault="00A967C4" w:rsidP="00A967C4">
      <w:pPr>
        <w:rPr>
          <w:lang w:val="es-CR"/>
        </w:rPr>
      </w:pPr>
      <w:r w:rsidRPr="00A967C4">
        <w:rPr>
          <w:lang w:val="es-CR"/>
        </w:rPr>
        <w:t>□ ▭ △ ◇ ▭ □</w:t>
      </w:r>
    </w:p>
    <w:p w14:paraId="3114C89D" w14:textId="77777777" w:rsidR="00A967C4" w:rsidRPr="00A967C4" w:rsidRDefault="00A967C4" w:rsidP="00A967C4">
      <w:pPr>
        <w:rPr>
          <w:lang w:val="es-CR"/>
        </w:rPr>
      </w:pPr>
      <w:r w:rsidRPr="00A967C4">
        <w:rPr>
          <w:lang w:val="es-CR"/>
        </w:rPr>
        <w:pict w14:anchorId="664D4F3D">
          <v:rect id="_x0000_i2012" style="width:0;height:1.5pt" o:hralign="center" o:hrstd="t" o:hr="t" fillcolor="#a0a0a0" stroked="f"/>
        </w:pict>
      </w:r>
    </w:p>
    <w:p w14:paraId="0560EB5B" w14:textId="77777777" w:rsidR="00A967C4" w:rsidRPr="00A967C4" w:rsidRDefault="00A967C4" w:rsidP="00A967C4">
      <w:pPr>
        <w:rPr>
          <w:b/>
          <w:bCs/>
          <w:lang w:val="es-CR"/>
        </w:rPr>
      </w:pPr>
      <w:r w:rsidRPr="00A967C4">
        <w:rPr>
          <w:b/>
          <w:bCs/>
          <w:lang w:val="es-CR"/>
        </w:rPr>
        <w:t>ACTIVIDAD 5. ¿ES CUADRADO?</w:t>
      </w:r>
    </w:p>
    <w:p w14:paraId="7231BE00" w14:textId="77777777" w:rsidR="00A967C4" w:rsidRPr="00A967C4" w:rsidRDefault="00A967C4" w:rsidP="00A967C4">
      <w:pPr>
        <w:rPr>
          <w:b/>
          <w:bCs/>
          <w:lang w:val="es-CR"/>
        </w:rPr>
      </w:pPr>
      <w:r w:rsidRPr="00A967C4">
        <w:rPr>
          <w:b/>
          <w:bCs/>
          <w:lang w:val="es-CR"/>
        </w:rPr>
        <w:t>Escribe “Sí” o “No”.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
        <w:gridCol w:w="1510"/>
      </w:tblGrid>
      <w:tr w:rsidR="00A967C4" w:rsidRPr="00A967C4" w14:paraId="67961622" w14:textId="77777777">
        <w:trPr>
          <w:tblHeader/>
          <w:tblCellSpacing w:w="15" w:type="dxa"/>
        </w:trPr>
        <w:tc>
          <w:tcPr>
            <w:tcW w:w="0" w:type="auto"/>
            <w:vAlign w:val="center"/>
            <w:hideMark/>
          </w:tcPr>
          <w:p w14:paraId="7952EBD3" w14:textId="77777777" w:rsidR="00A967C4" w:rsidRPr="00A967C4" w:rsidRDefault="00A967C4" w:rsidP="00A967C4">
            <w:pPr>
              <w:rPr>
                <w:b/>
                <w:bCs/>
                <w:lang w:val="es-CR"/>
              </w:rPr>
            </w:pPr>
            <w:r w:rsidRPr="00A967C4">
              <w:rPr>
                <w:b/>
                <w:bCs/>
                <w:lang w:val="es-CR"/>
              </w:rPr>
              <w:t>Figura</w:t>
            </w:r>
          </w:p>
        </w:tc>
        <w:tc>
          <w:tcPr>
            <w:tcW w:w="0" w:type="auto"/>
            <w:vAlign w:val="center"/>
            <w:hideMark/>
          </w:tcPr>
          <w:p w14:paraId="7D2DF828" w14:textId="77777777" w:rsidR="00A967C4" w:rsidRPr="00A967C4" w:rsidRDefault="00A967C4" w:rsidP="00A967C4">
            <w:pPr>
              <w:rPr>
                <w:b/>
                <w:bCs/>
                <w:lang w:val="es-CR"/>
              </w:rPr>
            </w:pPr>
            <w:r w:rsidRPr="00A967C4">
              <w:rPr>
                <w:b/>
                <w:bCs/>
                <w:lang w:val="es-CR"/>
              </w:rPr>
              <w:t>¿Es cuadrado?</w:t>
            </w:r>
          </w:p>
        </w:tc>
      </w:tr>
      <w:tr w:rsidR="00A967C4" w:rsidRPr="00A967C4" w14:paraId="7EB67589" w14:textId="77777777">
        <w:trPr>
          <w:tblCellSpacing w:w="15" w:type="dxa"/>
        </w:trPr>
        <w:tc>
          <w:tcPr>
            <w:tcW w:w="0" w:type="auto"/>
            <w:vAlign w:val="center"/>
            <w:hideMark/>
          </w:tcPr>
          <w:p w14:paraId="03DBFD15" w14:textId="77777777" w:rsidR="00A967C4" w:rsidRPr="00A967C4" w:rsidRDefault="00A967C4" w:rsidP="00A967C4">
            <w:pPr>
              <w:rPr>
                <w:lang w:val="es-CR"/>
              </w:rPr>
            </w:pPr>
            <w:r w:rsidRPr="00A967C4">
              <w:rPr>
                <w:lang w:val="es-CR"/>
              </w:rPr>
              <w:t>□</w:t>
            </w:r>
          </w:p>
        </w:tc>
        <w:tc>
          <w:tcPr>
            <w:tcW w:w="0" w:type="auto"/>
            <w:vAlign w:val="center"/>
            <w:hideMark/>
          </w:tcPr>
          <w:p w14:paraId="2988C33B" w14:textId="77777777" w:rsidR="00A967C4" w:rsidRPr="00A967C4" w:rsidRDefault="00A967C4" w:rsidP="00A967C4">
            <w:pPr>
              <w:rPr>
                <w:lang w:val="es-CR"/>
              </w:rPr>
            </w:pPr>
            <w:r w:rsidRPr="00A967C4">
              <w:rPr>
                <w:lang w:val="es-CR"/>
              </w:rPr>
              <w:t>______</w:t>
            </w:r>
          </w:p>
        </w:tc>
      </w:tr>
      <w:tr w:rsidR="00A967C4" w:rsidRPr="00A967C4" w14:paraId="4B604246" w14:textId="77777777">
        <w:trPr>
          <w:tblCellSpacing w:w="15" w:type="dxa"/>
        </w:trPr>
        <w:tc>
          <w:tcPr>
            <w:tcW w:w="0" w:type="auto"/>
            <w:vAlign w:val="center"/>
            <w:hideMark/>
          </w:tcPr>
          <w:p w14:paraId="38C8176F" w14:textId="77777777" w:rsidR="00A967C4" w:rsidRPr="00A967C4" w:rsidRDefault="00A967C4" w:rsidP="00A967C4">
            <w:pPr>
              <w:rPr>
                <w:lang w:val="es-CR"/>
              </w:rPr>
            </w:pPr>
            <w:r w:rsidRPr="00A967C4">
              <w:rPr>
                <w:lang w:val="es-CR"/>
              </w:rPr>
              <w:t>▭</w:t>
            </w:r>
          </w:p>
        </w:tc>
        <w:tc>
          <w:tcPr>
            <w:tcW w:w="0" w:type="auto"/>
            <w:vAlign w:val="center"/>
            <w:hideMark/>
          </w:tcPr>
          <w:p w14:paraId="6F37D12B" w14:textId="77777777" w:rsidR="00A967C4" w:rsidRPr="00A967C4" w:rsidRDefault="00A967C4" w:rsidP="00A967C4">
            <w:pPr>
              <w:rPr>
                <w:lang w:val="es-CR"/>
              </w:rPr>
            </w:pPr>
            <w:r w:rsidRPr="00A967C4">
              <w:rPr>
                <w:lang w:val="es-CR"/>
              </w:rPr>
              <w:t>______</w:t>
            </w:r>
          </w:p>
        </w:tc>
      </w:tr>
      <w:tr w:rsidR="00A967C4" w:rsidRPr="00A967C4" w14:paraId="19066440" w14:textId="77777777">
        <w:trPr>
          <w:tblCellSpacing w:w="15" w:type="dxa"/>
        </w:trPr>
        <w:tc>
          <w:tcPr>
            <w:tcW w:w="0" w:type="auto"/>
            <w:vAlign w:val="center"/>
            <w:hideMark/>
          </w:tcPr>
          <w:p w14:paraId="46DB67BF" w14:textId="77777777" w:rsidR="00A967C4" w:rsidRPr="00A967C4" w:rsidRDefault="00A967C4" w:rsidP="00A967C4">
            <w:pPr>
              <w:rPr>
                <w:lang w:val="es-CR"/>
              </w:rPr>
            </w:pPr>
            <w:r w:rsidRPr="00A967C4">
              <w:rPr>
                <w:lang w:val="es-CR"/>
              </w:rPr>
              <w:t>◇</w:t>
            </w:r>
          </w:p>
        </w:tc>
        <w:tc>
          <w:tcPr>
            <w:tcW w:w="0" w:type="auto"/>
            <w:vAlign w:val="center"/>
            <w:hideMark/>
          </w:tcPr>
          <w:p w14:paraId="6A27EEF0" w14:textId="77777777" w:rsidR="00A967C4" w:rsidRPr="00A967C4" w:rsidRDefault="00A967C4" w:rsidP="00A967C4">
            <w:pPr>
              <w:rPr>
                <w:lang w:val="es-CR"/>
              </w:rPr>
            </w:pPr>
            <w:r w:rsidRPr="00A967C4">
              <w:rPr>
                <w:lang w:val="es-CR"/>
              </w:rPr>
              <w:t>______</w:t>
            </w:r>
          </w:p>
        </w:tc>
      </w:tr>
    </w:tbl>
    <w:p w14:paraId="2540B6C8" w14:textId="77777777" w:rsidR="00A967C4" w:rsidRPr="00A967C4" w:rsidRDefault="00A967C4" w:rsidP="00A967C4">
      <w:pPr>
        <w:rPr>
          <w:lang w:val="es-CR"/>
        </w:rPr>
      </w:pPr>
      <w:r w:rsidRPr="00A967C4">
        <w:rPr>
          <w:lang w:val="es-CR"/>
        </w:rPr>
        <w:pict w14:anchorId="3EE5B785">
          <v:rect id="_x0000_i2013" style="width:0;height:1.5pt" o:hralign="center" o:hrstd="t" o:hr="t" fillcolor="#a0a0a0" stroked="f"/>
        </w:pict>
      </w:r>
    </w:p>
    <w:p w14:paraId="3EB0CDBB" w14:textId="77777777" w:rsidR="00A967C4" w:rsidRPr="00A967C4" w:rsidRDefault="00A967C4" w:rsidP="00A967C4">
      <w:pPr>
        <w:rPr>
          <w:b/>
          <w:bCs/>
          <w:lang w:val="es-CR"/>
        </w:rPr>
      </w:pPr>
      <w:r w:rsidRPr="00A967C4">
        <w:rPr>
          <w:b/>
          <w:bCs/>
          <w:lang w:val="es-CR"/>
        </w:rPr>
        <w:t>ACTIVIDAD 6. LADOS Y VÉRTICES</w:t>
      </w:r>
    </w:p>
    <w:p w14:paraId="1FD145D1" w14:textId="77777777" w:rsidR="00A967C4" w:rsidRPr="00A967C4" w:rsidRDefault="00A967C4" w:rsidP="00A967C4">
      <w:pPr>
        <w:rPr>
          <w:b/>
          <w:bCs/>
          <w:lang w:val="es-CR"/>
        </w:rPr>
      </w:pPr>
      <w:r w:rsidRPr="00A967C4">
        <w:rPr>
          <w:b/>
          <w:bCs/>
          <w:lang w:val="es-CR"/>
        </w:rPr>
        <w:t>Completa la tabla.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
        <w:gridCol w:w="1855"/>
        <w:gridCol w:w="2133"/>
      </w:tblGrid>
      <w:tr w:rsidR="00A967C4" w:rsidRPr="00A967C4" w14:paraId="53C09A10" w14:textId="77777777">
        <w:trPr>
          <w:tblHeader/>
          <w:tblCellSpacing w:w="15" w:type="dxa"/>
        </w:trPr>
        <w:tc>
          <w:tcPr>
            <w:tcW w:w="0" w:type="auto"/>
            <w:vAlign w:val="center"/>
            <w:hideMark/>
          </w:tcPr>
          <w:p w14:paraId="3A703652" w14:textId="77777777" w:rsidR="00A967C4" w:rsidRPr="00A967C4" w:rsidRDefault="00A967C4" w:rsidP="00A967C4">
            <w:pPr>
              <w:rPr>
                <w:b/>
                <w:bCs/>
                <w:lang w:val="es-CR"/>
              </w:rPr>
            </w:pPr>
            <w:r w:rsidRPr="00A967C4">
              <w:rPr>
                <w:b/>
                <w:bCs/>
                <w:lang w:val="es-CR"/>
              </w:rPr>
              <w:t>Figura</w:t>
            </w:r>
          </w:p>
        </w:tc>
        <w:tc>
          <w:tcPr>
            <w:tcW w:w="0" w:type="auto"/>
            <w:vAlign w:val="center"/>
            <w:hideMark/>
          </w:tcPr>
          <w:p w14:paraId="7DE0C7FE" w14:textId="77777777" w:rsidR="00A967C4" w:rsidRPr="00A967C4" w:rsidRDefault="00A967C4" w:rsidP="00A967C4">
            <w:pPr>
              <w:rPr>
                <w:b/>
                <w:bCs/>
                <w:lang w:val="es-CR"/>
              </w:rPr>
            </w:pPr>
            <w:r w:rsidRPr="00A967C4">
              <w:rPr>
                <w:b/>
                <w:bCs/>
                <w:lang w:val="es-CR"/>
              </w:rPr>
              <w:t>Cantidad de lados</w:t>
            </w:r>
          </w:p>
        </w:tc>
        <w:tc>
          <w:tcPr>
            <w:tcW w:w="0" w:type="auto"/>
            <w:vAlign w:val="center"/>
            <w:hideMark/>
          </w:tcPr>
          <w:p w14:paraId="3365642B" w14:textId="77777777" w:rsidR="00A967C4" w:rsidRPr="00A967C4" w:rsidRDefault="00A967C4" w:rsidP="00A967C4">
            <w:pPr>
              <w:rPr>
                <w:b/>
                <w:bCs/>
                <w:lang w:val="es-CR"/>
              </w:rPr>
            </w:pPr>
            <w:r w:rsidRPr="00A967C4">
              <w:rPr>
                <w:b/>
                <w:bCs/>
                <w:lang w:val="es-CR"/>
              </w:rPr>
              <w:t>Cantidad de vértices</w:t>
            </w:r>
          </w:p>
        </w:tc>
      </w:tr>
      <w:tr w:rsidR="00A967C4" w:rsidRPr="00A967C4" w14:paraId="5D426577" w14:textId="77777777">
        <w:trPr>
          <w:tblCellSpacing w:w="15" w:type="dxa"/>
        </w:trPr>
        <w:tc>
          <w:tcPr>
            <w:tcW w:w="0" w:type="auto"/>
            <w:vAlign w:val="center"/>
            <w:hideMark/>
          </w:tcPr>
          <w:p w14:paraId="1EE34CDA" w14:textId="77777777" w:rsidR="00A967C4" w:rsidRPr="00A967C4" w:rsidRDefault="00A967C4" w:rsidP="00A967C4">
            <w:pPr>
              <w:rPr>
                <w:lang w:val="es-CR"/>
              </w:rPr>
            </w:pPr>
            <w:r w:rsidRPr="00A967C4">
              <w:rPr>
                <w:lang w:val="es-CR"/>
              </w:rPr>
              <w:t>△</w:t>
            </w:r>
          </w:p>
        </w:tc>
        <w:tc>
          <w:tcPr>
            <w:tcW w:w="0" w:type="auto"/>
            <w:vAlign w:val="center"/>
            <w:hideMark/>
          </w:tcPr>
          <w:p w14:paraId="11081666" w14:textId="77777777" w:rsidR="00A967C4" w:rsidRPr="00A967C4" w:rsidRDefault="00A967C4" w:rsidP="00A967C4">
            <w:pPr>
              <w:rPr>
                <w:lang w:val="es-CR"/>
              </w:rPr>
            </w:pPr>
            <w:r w:rsidRPr="00A967C4">
              <w:rPr>
                <w:lang w:val="es-CR"/>
              </w:rPr>
              <w:t>______</w:t>
            </w:r>
          </w:p>
        </w:tc>
        <w:tc>
          <w:tcPr>
            <w:tcW w:w="0" w:type="auto"/>
            <w:vAlign w:val="center"/>
            <w:hideMark/>
          </w:tcPr>
          <w:p w14:paraId="7E4FFA4D" w14:textId="77777777" w:rsidR="00A967C4" w:rsidRPr="00A967C4" w:rsidRDefault="00A967C4" w:rsidP="00A967C4">
            <w:pPr>
              <w:rPr>
                <w:lang w:val="es-CR"/>
              </w:rPr>
            </w:pPr>
            <w:r w:rsidRPr="00A967C4">
              <w:rPr>
                <w:lang w:val="es-CR"/>
              </w:rPr>
              <w:t>______</w:t>
            </w:r>
          </w:p>
        </w:tc>
      </w:tr>
      <w:tr w:rsidR="00A967C4" w:rsidRPr="00A967C4" w14:paraId="03EC4C66" w14:textId="77777777">
        <w:trPr>
          <w:tblCellSpacing w:w="15" w:type="dxa"/>
        </w:trPr>
        <w:tc>
          <w:tcPr>
            <w:tcW w:w="0" w:type="auto"/>
            <w:vAlign w:val="center"/>
            <w:hideMark/>
          </w:tcPr>
          <w:p w14:paraId="573B6C0F" w14:textId="77777777" w:rsidR="00A967C4" w:rsidRPr="00A967C4" w:rsidRDefault="00A967C4" w:rsidP="00A967C4">
            <w:pPr>
              <w:rPr>
                <w:lang w:val="es-CR"/>
              </w:rPr>
            </w:pPr>
            <w:r w:rsidRPr="00A967C4">
              <w:rPr>
                <w:lang w:val="es-CR"/>
              </w:rPr>
              <w:t>□</w:t>
            </w:r>
          </w:p>
        </w:tc>
        <w:tc>
          <w:tcPr>
            <w:tcW w:w="0" w:type="auto"/>
            <w:vAlign w:val="center"/>
            <w:hideMark/>
          </w:tcPr>
          <w:p w14:paraId="1DAD4F85" w14:textId="77777777" w:rsidR="00A967C4" w:rsidRPr="00A967C4" w:rsidRDefault="00A967C4" w:rsidP="00A967C4">
            <w:pPr>
              <w:rPr>
                <w:lang w:val="es-CR"/>
              </w:rPr>
            </w:pPr>
            <w:r w:rsidRPr="00A967C4">
              <w:rPr>
                <w:lang w:val="es-CR"/>
              </w:rPr>
              <w:t>______</w:t>
            </w:r>
          </w:p>
        </w:tc>
        <w:tc>
          <w:tcPr>
            <w:tcW w:w="0" w:type="auto"/>
            <w:vAlign w:val="center"/>
            <w:hideMark/>
          </w:tcPr>
          <w:p w14:paraId="1CD07384" w14:textId="77777777" w:rsidR="00A967C4" w:rsidRPr="00A967C4" w:rsidRDefault="00A967C4" w:rsidP="00A967C4">
            <w:pPr>
              <w:rPr>
                <w:lang w:val="es-CR"/>
              </w:rPr>
            </w:pPr>
            <w:r w:rsidRPr="00A967C4">
              <w:rPr>
                <w:lang w:val="es-CR"/>
              </w:rPr>
              <w:t>______</w:t>
            </w:r>
          </w:p>
        </w:tc>
      </w:tr>
      <w:tr w:rsidR="00A967C4" w:rsidRPr="00A967C4" w14:paraId="2940B095" w14:textId="77777777">
        <w:trPr>
          <w:tblCellSpacing w:w="15" w:type="dxa"/>
        </w:trPr>
        <w:tc>
          <w:tcPr>
            <w:tcW w:w="0" w:type="auto"/>
            <w:vAlign w:val="center"/>
            <w:hideMark/>
          </w:tcPr>
          <w:p w14:paraId="1B3B966F" w14:textId="77777777" w:rsidR="00A967C4" w:rsidRPr="00A967C4" w:rsidRDefault="00A967C4" w:rsidP="00A967C4">
            <w:pPr>
              <w:rPr>
                <w:lang w:val="es-CR"/>
              </w:rPr>
            </w:pPr>
            <w:r w:rsidRPr="00A967C4">
              <w:rPr>
                <w:lang w:val="es-CR"/>
              </w:rPr>
              <w:t>▭</w:t>
            </w:r>
          </w:p>
        </w:tc>
        <w:tc>
          <w:tcPr>
            <w:tcW w:w="0" w:type="auto"/>
            <w:vAlign w:val="center"/>
            <w:hideMark/>
          </w:tcPr>
          <w:p w14:paraId="5806EEB3" w14:textId="77777777" w:rsidR="00A967C4" w:rsidRPr="00A967C4" w:rsidRDefault="00A967C4" w:rsidP="00A967C4">
            <w:pPr>
              <w:rPr>
                <w:lang w:val="es-CR"/>
              </w:rPr>
            </w:pPr>
            <w:r w:rsidRPr="00A967C4">
              <w:rPr>
                <w:lang w:val="es-CR"/>
              </w:rPr>
              <w:t>______</w:t>
            </w:r>
          </w:p>
        </w:tc>
        <w:tc>
          <w:tcPr>
            <w:tcW w:w="0" w:type="auto"/>
            <w:vAlign w:val="center"/>
            <w:hideMark/>
          </w:tcPr>
          <w:p w14:paraId="1D0022B8" w14:textId="77777777" w:rsidR="00A967C4" w:rsidRPr="00A967C4" w:rsidRDefault="00A967C4" w:rsidP="00A967C4">
            <w:pPr>
              <w:rPr>
                <w:lang w:val="es-CR"/>
              </w:rPr>
            </w:pPr>
            <w:r w:rsidRPr="00A967C4">
              <w:rPr>
                <w:lang w:val="es-CR"/>
              </w:rPr>
              <w:t>______</w:t>
            </w:r>
          </w:p>
        </w:tc>
      </w:tr>
    </w:tbl>
    <w:p w14:paraId="31C2FF66" w14:textId="77777777" w:rsidR="00A967C4" w:rsidRPr="00A967C4" w:rsidRDefault="00A967C4" w:rsidP="00A967C4">
      <w:pPr>
        <w:rPr>
          <w:lang w:val="es-CR"/>
        </w:rPr>
      </w:pPr>
      <w:r w:rsidRPr="00A967C4">
        <w:rPr>
          <w:lang w:val="es-CR"/>
        </w:rPr>
        <w:lastRenderedPageBreak/>
        <w:pict w14:anchorId="0DBE336D">
          <v:rect id="_x0000_i2014" style="width:0;height:1.5pt" o:hralign="center" o:hrstd="t" o:hr="t" fillcolor="#a0a0a0" stroked="f"/>
        </w:pict>
      </w:r>
    </w:p>
    <w:p w14:paraId="20CCB988" w14:textId="77777777" w:rsidR="00A967C4" w:rsidRPr="00A967C4" w:rsidRDefault="00A967C4" w:rsidP="00A967C4">
      <w:pPr>
        <w:rPr>
          <w:b/>
          <w:bCs/>
          <w:lang w:val="es-CR"/>
        </w:rPr>
      </w:pPr>
      <w:r w:rsidRPr="00A967C4">
        <w:rPr>
          <w:b/>
          <w:bCs/>
          <w:lang w:val="es-CR"/>
        </w:rPr>
        <w:t>ACTIVIDAD 7. UNO CORRECTAMENTE</w:t>
      </w:r>
    </w:p>
    <w:p w14:paraId="68F66933" w14:textId="77777777" w:rsidR="00A967C4" w:rsidRPr="00A967C4" w:rsidRDefault="00A967C4" w:rsidP="00A967C4">
      <w:pPr>
        <w:rPr>
          <w:b/>
          <w:bCs/>
          <w:lang w:val="es-CR"/>
        </w:rPr>
      </w:pPr>
      <w:r w:rsidRPr="00A967C4">
        <w:rPr>
          <w:b/>
          <w:bCs/>
          <w:lang w:val="es-CR"/>
        </w:rPr>
        <w:t>Une cada figura con su nombre.</w:t>
      </w:r>
    </w:p>
    <w:p w14:paraId="502EBEB7" w14:textId="77777777" w:rsidR="00A967C4" w:rsidRPr="00A967C4" w:rsidRDefault="00A967C4" w:rsidP="00A967C4">
      <w:pPr>
        <w:rPr>
          <w:lang w:val="es-CR"/>
        </w:rPr>
      </w:pPr>
      <w:r w:rsidRPr="00A967C4">
        <w:rPr>
          <w:lang w:val="es-CR"/>
        </w:rPr>
        <w:t>△ ---------------- Rectángulo</w:t>
      </w:r>
    </w:p>
    <w:p w14:paraId="2C574F9E" w14:textId="77777777" w:rsidR="00A967C4" w:rsidRPr="00A967C4" w:rsidRDefault="00A967C4" w:rsidP="00A967C4">
      <w:pPr>
        <w:rPr>
          <w:lang w:val="es-CR"/>
        </w:rPr>
      </w:pPr>
      <w:r w:rsidRPr="00A967C4">
        <w:rPr>
          <w:lang w:val="es-CR"/>
        </w:rPr>
        <w:t>□ ---------------- Triángulo</w:t>
      </w:r>
    </w:p>
    <w:p w14:paraId="2C9631C6" w14:textId="77777777" w:rsidR="00A967C4" w:rsidRPr="00A967C4" w:rsidRDefault="00A967C4" w:rsidP="00A967C4">
      <w:pPr>
        <w:rPr>
          <w:lang w:val="es-CR"/>
        </w:rPr>
      </w:pPr>
      <w:r w:rsidRPr="00A967C4">
        <w:rPr>
          <w:lang w:val="es-CR"/>
        </w:rPr>
        <w:t>▭ ---------------- Cuadrado</w:t>
      </w:r>
    </w:p>
    <w:p w14:paraId="19003673" w14:textId="77777777" w:rsidR="00A967C4" w:rsidRPr="00A967C4" w:rsidRDefault="00A967C4" w:rsidP="00A967C4">
      <w:pPr>
        <w:rPr>
          <w:lang w:val="es-CR"/>
        </w:rPr>
      </w:pPr>
      <w:r w:rsidRPr="00A967C4">
        <w:rPr>
          <w:lang w:val="es-CR"/>
        </w:rPr>
        <w:pict w14:anchorId="54C7825C">
          <v:rect id="_x0000_i2015" style="width:0;height:1.5pt" o:hralign="center" o:hrstd="t" o:hr="t" fillcolor="#a0a0a0" stroked="f"/>
        </w:pict>
      </w:r>
    </w:p>
    <w:p w14:paraId="38359220" w14:textId="77777777" w:rsidR="00A967C4" w:rsidRPr="00A967C4" w:rsidRDefault="00A967C4" w:rsidP="00A967C4">
      <w:pPr>
        <w:rPr>
          <w:b/>
          <w:bCs/>
          <w:lang w:val="es-CR"/>
        </w:rPr>
      </w:pPr>
      <w:r w:rsidRPr="00A967C4">
        <w:rPr>
          <w:b/>
          <w:bCs/>
          <w:lang w:val="es-CR"/>
        </w:rPr>
        <w:t>ACTIVIDAD 8. SEMEJANZAS Y DIFERENCIAS</w:t>
      </w:r>
    </w:p>
    <w:p w14:paraId="7A339FE0" w14:textId="77777777" w:rsidR="00A967C4" w:rsidRPr="00A967C4" w:rsidRDefault="00A967C4" w:rsidP="00A967C4">
      <w:pPr>
        <w:rPr>
          <w:b/>
          <w:bCs/>
          <w:lang w:val="es-CR"/>
        </w:rPr>
      </w:pPr>
      <w:r w:rsidRPr="00A967C4">
        <w:rPr>
          <w:b/>
          <w:bCs/>
          <w:lang w:val="es-CR"/>
        </w:rPr>
        <w:t>Observa y responde.</w:t>
      </w:r>
    </w:p>
    <w:p w14:paraId="298954CE" w14:textId="77777777" w:rsidR="00A967C4" w:rsidRPr="00A967C4" w:rsidRDefault="00A967C4">
      <w:pPr>
        <w:numPr>
          <w:ilvl w:val="0"/>
          <w:numId w:val="31"/>
        </w:numPr>
        <w:rPr>
          <w:lang w:val="es-CR"/>
        </w:rPr>
      </w:pPr>
      <w:r w:rsidRPr="00A967C4">
        <w:rPr>
          <w:lang w:val="es-CR"/>
        </w:rPr>
        <w:t xml:space="preserve">¿Qué tienen igual el cuadrado y el rectángulo? </w:t>
      </w:r>
    </w:p>
    <w:p w14:paraId="14872334" w14:textId="77777777" w:rsidR="00A967C4" w:rsidRPr="00A967C4" w:rsidRDefault="00A967C4" w:rsidP="00A967C4">
      <w:pPr>
        <w:rPr>
          <w:lang w:val="es-CR"/>
        </w:rPr>
      </w:pPr>
      <w:r w:rsidRPr="00A967C4">
        <w:rPr>
          <w:lang w:val="es-CR"/>
        </w:rPr>
        <w:pict w14:anchorId="04E0F23F">
          <v:rect id="_x0000_i2016" style="width:0;height:1.5pt" o:hralign="center" o:hrstd="t" o:hr="t" fillcolor="#a0a0a0" stroked="f"/>
        </w:pict>
      </w:r>
    </w:p>
    <w:p w14:paraId="1F5E367E" w14:textId="77777777" w:rsidR="00A967C4" w:rsidRPr="00A967C4" w:rsidRDefault="00A967C4">
      <w:pPr>
        <w:numPr>
          <w:ilvl w:val="0"/>
          <w:numId w:val="32"/>
        </w:numPr>
        <w:rPr>
          <w:lang w:val="es-CR"/>
        </w:rPr>
      </w:pPr>
      <w:r w:rsidRPr="00A967C4">
        <w:rPr>
          <w:lang w:val="es-CR"/>
        </w:rPr>
        <w:t xml:space="preserve">¿Qué tienen diferente? </w:t>
      </w:r>
    </w:p>
    <w:p w14:paraId="7C5D46E1" w14:textId="77777777" w:rsidR="00A967C4" w:rsidRPr="00A967C4" w:rsidRDefault="00A967C4" w:rsidP="00A967C4">
      <w:pPr>
        <w:rPr>
          <w:lang w:val="es-CR"/>
        </w:rPr>
      </w:pPr>
      <w:r w:rsidRPr="00A967C4">
        <w:rPr>
          <w:lang w:val="es-CR"/>
        </w:rPr>
        <w:pict w14:anchorId="44BA00CD">
          <v:rect id="_x0000_i2017" style="width:0;height:1.5pt" o:hralign="center" o:hrstd="t" o:hr="t" fillcolor="#a0a0a0" stroked="f"/>
        </w:pict>
      </w:r>
    </w:p>
    <w:p w14:paraId="21750E0A" w14:textId="77777777" w:rsidR="00A967C4" w:rsidRPr="00A967C4" w:rsidRDefault="00A967C4" w:rsidP="00A967C4">
      <w:pPr>
        <w:rPr>
          <w:lang w:val="es-CR"/>
        </w:rPr>
      </w:pPr>
      <w:r w:rsidRPr="00A967C4">
        <w:rPr>
          <w:lang w:val="es-CR"/>
        </w:rPr>
        <w:pict w14:anchorId="2EBD8EDE">
          <v:rect id="_x0000_i2018" style="width:0;height:1.5pt" o:hralign="center" o:hrstd="t" o:hr="t" fillcolor="#a0a0a0" stroked="f"/>
        </w:pict>
      </w:r>
    </w:p>
    <w:p w14:paraId="22A8697B" w14:textId="77777777" w:rsidR="00A967C4" w:rsidRPr="00A967C4" w:rsidRDefault="00A967C4" w:rsidP="00A967C4">
      <w:pPr>
        <w:rPr>
          <w:b/>
          <w:bCs/>
          <w:lang w:val="es-CR"/>
        </w:rPr>
      </w:pPr>
      <w:r w:rsidRPr="00A967C4">
        <w:rPr>
          <w:b/>
          <w:bCs/>
          <w:lang w:val="es-CR"/>
        </w:rPr>
        <w:t>ACTIVIDAD 9. COMPONGO FIGURAS</w:t>
      </w:r>
    </w:p>
    <w:p w14:paraId="31E350FA" w14:textId="77777777" w:rsidR="00A967C4" w:rsidRPr="00A967C4" w:rsidRDefault="00A967C4" w:rsidP="00A967C4">
      <w:pPr>
        <w:rPr>
          <w:b/>
          <w:bCs/>
          <w:lang w:val="es-CR"/>
        </w:rPr>
      </w:pPr>
      <w:r w:rsidRPr="00A967C4">
        <w:rPr>
          <w:b/>
          <w:bCs/>
          <w:lang w:val="es-CR"/>
        </w:rPr>
        <w:t>Usa figuras geométricas para formar un dibujo.</w:t>
      </w:r>
    </w:p>
    <w:p w14:paraId="78A6509F" w14:textId="77777777" w:rsidR="00A967C4" w:rsidRPr="00A967C4" w:rsidRDefault="00A967C4" w:rsidP="00A967C4">
      <w:pPr>
        <w:rPr>
          <w:lang w:val="es-CR"/>
        </w:rPr>
      </w:pPr>
      <w:r w:rsidRPr="00A967C4">
        <w:rPr>
          <w:lang w:val="es-CR"/>
        </w:rPr>
        <w:t>Instrucciones:</w:t>
      </w:r>
    </w:p>
    <w:p w14:paraId="1F6FE0BF" w14:textId="77777777" w:rsidR="00A967C4" w:rsidRPr="00A967C4" w:rsidRDefault="00A967C4">
      <w:pPr>
        <w:numPr>
          <w:ilvl w:val="0"/>
          <w:numId w:val="33"/>
        </w:numPr>
        <w:rPr>
          <w:lang w:val="es-CR"/>
        </w:rPr>
      </w:pPr>
      <w:r w:rsidRPr="00A967C4">
        <w:rPr>
          <w:lang w:val="es-CR"/>
        </w:rPr>
        <w:t xml:space="preserve">Utiliza triángulos y cuadriláteros. </w:t>
      </w:r>
    </w:p>
    <w:p w14:paraId="220DB1F7" w14:textId="77777777" w:rsidR="00A967C4" w:rsidRPr="00A967C4" w:rsidRDefault="00A967C4">
      <w:pPr>
        <w:numPr>
          <w:ilvl w:val="0"/>
          <w:numId w:val="33"/>
        </w:numPr>
        <w:rPr>
          <w:lang w:val="es-CR"/>
        </w:rPr>
      </w:pPr>
      <w:r w:rsidRPr="00A967C4">
        <w:rPr>
          <w:lang w:val="es-CR"/>
        </w:rPr>
        <w:t xml:space="preserve">Puedes formar una casa, robot o animal. </w:t>
      </w:r>
    </w:p>
    <w:p w14:paraId="02711B83" w14:textId="77777777" w:rsidR="00A967C4" w:rsidRPr="00A967C4" w:rsidRDefault="00A967C4" w:rsidP="00A967C4">
      <w:pPr>
        <w:rPr>
          <w:lang w:val="es-CR"/>
        </w:rPr>
      </w:pPr>
      <w:r w:rsidRPr="00A967C4">
        <w:rPr>
          <w:lang w:val="es-CR"/>
        </w:rPr>
        <w:t>Espacio para dibujar:</w:t>
      </w:r>
    </w:p>
    <w:p w14:paraId="48392EB5" w14:textId="77777777" w:rsidR="00A967C4" w:rsidRPr="00A967C4" w:rsidRDefault="00A967C4" w:rsidP="00A967C4">
      <w:pPr>
        <w:rPr>
          <w:lang w:val="es-CR"/>
        </w:rPr>
      </w:pPr>
      <w:r w:rsidRPr="00A967C4">
        <w:rPr>
          <w:lang w:val="es-CR"/>
        </w:rPr>
        <w:pict w14:anchorId="391E9EAF">
          <v:rect id="_x0000_i2019" style="width:0;height:1.5pt" o:hralign="center" o:hrstd="t" o:hr="t" fillcolor="#a0a0a0" stroked="f"/>
        </w:pict>
      </w:r>
    </w:p>
    <w:p w14:paraId="54C19F7C" w14:textId="77777777" w:rsidR="00A967C4" w:rsidRPr="00A967C4" w:rsidRDefault="00A967C4" w:rsidP="00A967C4">
      <w:pPr>
        <w:rPr>
          <w:b/>
          <w:bCs/>
          <w:lang w:val="es-CR"/>
        </w:rPr>
      </w:pPr>
      <w:r w:rsidRPr="00A967C4">
        <w:rPr>
          <w:b/>
          <w:bCs/>
          <w:lang w:val="es-CR"/>
        </w:rPr>
        <w:t>ACTIVIDAD 10. DESCOMPONGO FIGURAS</w:t>
      </w:r>
    </w:p>
    <w:p w14:paraId="23103EB3" w14:textId="77777777" w:rsidR="00A967C4" w:rsidRPr="00A967C4" w:rsidRDefault="00A967C4" w:rsidP="00A967C4">
      <w:pPr>
        <w:rPr>
          <w:b/>
          <w:bCs/>
          <w:lang w:val="es-CR"/>
        </w:rPr>
      </w:pPr>
      <w:r w:rsidRPr="00A967C4">
        <w:rPr>
          <w:b/>
          <w:bCs/>
          <w:lang w:val="es-CR"/>
        </w:rPr>
        <w:t>Observa la figura y responde.</w:t>
      </w:r>
    </w:p>
    <w:p w14:paraId="41422D06" w14:textId="77777777" w:rsidR="00A967C4" w:rsidRPr="00A967C4" w:rsidRDefault="00A967C4" w:rsidP="00A967C4">
      <w:pPr>
        <w:rPr>
          <w:lang w:val="es-CR"/>
        </w:rPr>
      </w:pPr>
      <w:r w:rsidRPr="00A967C4">
        <w:rPr>
          <w:rFonts w:ascii="Segoe UI Emoji" w:hAnsi="Segoe UI Emoji" w:cs="Segoe UI Emoji"/>
          <w:lang w:val="es-CR"/>
        </w:rPr>
        <w:t>🏠</w:t>
      </w:r>
    </w:p>
    <w:p w14:paraId="22C60A69" w14:textId="77777777" w:rsidR="00A967C4" w:rsidRPr="00A967C4" w:rsidRDefault="00A967C4">
      <w:pPr>
        <w:numPr>
          <w:ilvl w:val="0"/>
          <w:numId w:val="34"/>
        </w:numPr>
        <w:rPr>
          <w:lang w:val="es-CR"/>
        </w:rPr>
      </w:pPr>
      <w:r w:rsidRPr="00A967C4">
        <w:rPr>
          <w:lang w:val="es-CR"/>
        </w:rPr>
        <w:t xml:space="preserve">¿Cuántos triángulos tiene? __________ </w:t>
      </w:r>
    </w:p>
    <w:p w14:paraId="228A1FB5" w14:textId="77777777" w:rsidR="00A967C4" w:rsidRPr="00A967C4" w:rsidRDefault="00A967C4">
      <w:pPr>
        <w:numPr>
          <w:ilvl w:val="0"/>
          <w:numId w:val="34"/>
        </w:numPr>
        <w:rPr>
          <w:lang w:val="es-CR"/>
        </w:rPr>
      </w:pPr>
      <w:r w:rsidRPr="00A967C4">
        <w:rPr>
          <w:lang w:val="es-CR"/>
        </w:rPr>
        <w:t xml:space="preserve">¿Cuántos cuadriláteros tiene? __________ </w:t>
      </w:r>
    </w:p>
    <w:p w14:paraId="27EF3A1F" w14:textId="77777777" w:rsidR="00A967C4" w:rsidRPr="00A967C4" w:rsidRDefault="00A967C4" w:rsidP="00A967C4">
      <w:pPr>
        <w:rPr>
          <w:lang w:val="es-CR"/>
        </w:rPr>
      </w:pPr>
      <w:r w:rsidRPr="00A967C4">
        <w:rPr>
          <w:lang w:val="es-CR"/>
        </w:rPr>
        <w:lastRenderedPageBreak/>
        <w:pict w14:anchorId="66BA76B7">
          <v:rect id="_x0000_i2020" style="width:0;height:1.5pt" o:hralign="center" o:hrstd="t" o:hr="t" fillcolor="#a0a0a0" stroked="f"/>
        </w:pict>
      </w:r>
    </w:p>
    <w:p w14:paraId="1F958929" w14:textId="77777777" w:rsidR="00A967C4" w:rsidRPr="00A967C4" w:rsidRDefault="00A967C4" w:rsidP="00A967C4">
      <w:pPr>
        <w:rPr>
          <w:b/>
          <w:bCs/>
          <w:lang w:val="es-CR"/>
        </w:rPr>
      </w:pPr>
      <w:r w:rsidRPr="00A967C4">
        <w:rPr>
          <w:b/>
          <w:bCs/>
          <w:lang w:val="es-CR"/>
        </w:rPr>
        <w:t>ACTIVIDAD 11. VERDADERO O FALSO</w:t>
      </w:r>
    </w:p>
    <w:p w14:paraId="46BBB1D3" w14:textId="77777777" w:rsidR="00A967C4" w:rsidRPr="00A967C4" w:rsidRDefault="00A967C4" w:rsidP="00A967C4">
      <w:pPr>
        <w:rPr>
          <w:b/>
          <w:bCs/>
          <w:lang w:val="es-CR"/>
        </w:rPr>
      </w:pPr>
      <w:r w:rsidRPr="00A967C4">
        <w:rPr>
          <w:b/>
          <w:bCs/>
          <w:lang w:val="es-CR"/>
        </w:rPr>
        <w:t>Escribe V si es verdadero o F si es falso.</w:t>
      </w:r>
    </w:p>
    <w:p w14:paraId="29A1D3E1" w14:textId="77777777" w:rsidR="00A967C4" w:rsidRPr="00A967C4" w:rsidRDefault="00A967C4">
      <w:pPr>
        <w:numPr>
          <w:ilvl w:val="0"/>
          <w:numId w:val="35"/>
        </w:numPr>
        <w:rPr>
          <w:lang w:val="es-CR"/>
        </w:rPr>
      </w:pPr>
      <w:r w:rsidRPr="00A967C4">
        <w:rPr>
          <w:lang w:val="es-CR"/>
        </w:rPr>
        <w:t xml:space="preserve">(______) Un cuadrado tiene 4 lados. </w:t>
      </w:r>
    </w:p>
    <w:p w14:paraId="404A2B9D" w14:textId="77777777" w:rsidR="00A967C4" w:rsidRPr="00A967C4" w:rsidRDefault="00A967C4">
      <w:pPr>
        <w:numPr>
          <w:ilvl w:val="0"/>
          <w:numId w:val="35"/>
        </w:numPr>
        <w:rPr>
          <w:lang w:val="es-CR"/>
        </w:rPr>
      </w:pPr>
      <w:r w:rsidRPr="00A967C4">
        <w:rPr>
          <w:lang w:val="es-CR"/>
        </w:rPr>
        <w:t xml:space="preserve">(______) Un triángulo tiene 5 vértices. </w:t>
      </w:r>
    </w:p>
    <w:p w14:paraId="78780DCF" w14:textId="77777777" w:rsidR="00A967C4" w:rsidRPr="00A967C4" w:rsidRDefault="00A967C4">
      <w:pPr>
        <w:numPr>
          <w:ilvl w:val="0"/>
          <w:numId w:val="35"/>
        </w:numPr>
        <w:rPr>
          <w:lang w:val="es-CR"/>
        </w:rPr>
      </w:pPr>
      <w:r w:rsidRPr="00A967C4">
        <w:rPr>
          <w:lang w:val="es-CR"/>
        </w:rPr>
        <w:t xml:space="preserve">(______) Un rectángulo es un cuadrilátero. </w:t>
      </w:r>
    </w:p>
    <w:p w14:paraId="30B6ADFE" w14:textId="77777777" w:rsidR="00A967C4" w:rsidRPr="00A967C4" w:rsidRDefault="00A967C4">
      <w:pPr>
        <w:numPr>
          <w:ilvl w:val="0"/>
          <w:numId w:val="35"/>
        </w:numPr>
        <w:rPr>
          <w:lang w:val="es-CR"/>
        </w:rPr>
      </w:pPr>
      <w:r w:rsidRPr="00A967C4">
        <w:rPr>
          <w:lang w:val="es-CR"/>
        </w:rPr>
        <w:t xml:space="preserve">(______) Todos los cuadrados son rectángulos. </w:t>
      </w:r>
    </w:p>
    <w:p w14:paraId="6B3DC369" w14:textId="77777777" w:rsidR="00A967C4" w:rsidRPr="00A967C4" w:rsidRDefault="00A967C4">
      <w:pPr>
        <w:numPr>
          <w:ilvl w:val="0"/>
          <w:numId w:val="35"/>
        </w:numPr>
        <w:rPr>
          <w:lang w:val="es-CR"/>
        </w:rPr>
      </w:pPr>
      <w:r w:rsidRPr="00A967C4">
        <w:rPr>
          <w:lang w:val="es-CR"/>
        </w:rPr>
        <w:t xml:space="preserve">(______) Un triángulo tiene 3 lados. </w:t>
      </w:r>
    </w:p>
    <w:p w14:paraId="3B7E80B1" w14:textId="77777777" w:rsidR="00A967C4" w:rsidRPr="00A967C4" w:rsidRDefault="00A967C4" w:rsidP="00A967C4">
      <w:pPr>
        <w:rPr>
          <w:lang w:val="es-CR"/>
        </w:rPr>
      </w:pPr>
      <w:r w:rsidRPr="00A967C4">
        <w:rPr>
          <w:lang w:val="es-CR"/>
        </w:rPr>
        <w:pict w14:anchorId="1A692DD7">
          <v:rect id="_x0000_i2021" style="width:0;height:1.5pt" o:hralign="center" o:hrstd="t" o:hr="t" fillcolor="#a0a0a0" stroked="f"/>
        </w:pict>
      </w:r>
    </w:p>
    <w:p w14:paraId="7F1BCF5A" w14:textId="77777777" w:rsidR="00A967C4" w:rsidRPr="00A967C4" w:rsidRDefault="00A967C4" w:rsidP="00A967C4">
      <w:pPr>
        <w:rPr>
          <w:b/>
          <w:bCs/>
          <w:lang w:val="es-CR"/>
        </w:rPr>
      </w:pPr>
      <w:r w:rsidRPr="00A967C4">
        <w:rPr>
          <w:b/>
          <w:bCs/>
          <w:lang w:val="es-CR"/>
        </w:rPr>
        <w:t>ACTIVIDAD 12. MINI EVALUACIÓN</w:t>
      </w:r>
    </w:p>
    <w:p w14:paraId="68EEB3B8" w14:textId="77777777" w:rsidR="00A967C4" w:rsidRPr="00A967C4" w:rsidRDefault="00A967C4">
      <w:pPr>
        <w:numPr>
          <w:ilvl w:val="0"/>
          <w:numId w:val="36"/>
        </w:numPr>
        <w:rPr>
          <w:lang w:val="es-CR"/>
        </w:rPr>
      </w:pPr>
      <w:r w:rsidRPr="00A967C4">
        <w:rPr>
          <w:lang w:val="es-CR"/>
        </w:rPr>
        <w:t xml:space="preserve">Dibuja un triángulo. </w:t>
      </w:r>
    </w:p>
    <w:p w14:paraId="287175C8" w14:textId="77777777" w:rsidR="00A967C4" w:rsidRPr="00A967C4" w:rsidRDefault="00A967C4" w:rsidP="00A967C4">
      <w:pPr>
        <w:rPr>
          <w:lang w:val="es-CR"/>
        </w:rPr>
      </w:pPr>
      <w:r w:rsidRPr="00A967C4">
        <w:rPr>
          <w:lang w:val="es-CR"/>
        </w:rPr>
        <w:pict w14:anchorId="50103F09">
          <v:rect id="_x0000_i2022" style="width:0;height:1.5pt" o:hralign="center" o:hrstd="t" o:hr="t" fillcolor="#a0a0a0" stroked="f"/>
        </w:pict>
      </w:r>
    </w:p>
    <w:p w14:paraId="23C04EA1" w14:textId="77777777" w:rsidR="00A967C4" w:rsidRPr="00A967C4" w:rsidRDefault="00A967C4">
      <w:pPr>
        <w:numPr>
          <w:ilvl w:val="0"/>
          <w:numId w:val="37"/>
        </w:numPr>
        <w:rPr>
          <w:lang w:val="es-CR"/>
        </w:rPr>
      </w:pPr>
      <w:r w:rsidRPr="00A967C4">
        <w:rPr>
          <w:lang w:val="es-CR"/>
        </w:rPr>
        <w:t xml:space="preserve">Dibuja un rectángulo. </w:t>
      </w:r>
    </w:p>
    <w:p w14:paraId="23952938" w14:textId="77777777" w:rsidR="00A967C4" w:rsidRPr="00A967C4" w:rsidRDefault="00A967C4" w:rsidP="00A967C4">
      <w:pPr>
        <w:rPr>
          <w:lang w:val="es-CR"/>
        </w:rPr>
      </w:pPr>
      <w:r w:rsidRPr="00A967C4">
        <w:rPr>
          <w:lang w:val="es-CR"/>
        </w:rPr>
        <w:pict w14:anchorId="1A4F2360">
          <v:rect id="_x0000_i2023" style="width:0;height:1.5pt" o:hralign="center" o:hrstd="t" o:hr="t" fillcolor="#a0a0a0" stroked="f"/>
        </w:pict>
      </w:r>
    </w:p>
    <w:p w14:paraId="2C5AFBB2" w14:textId="77777777" w:rsidR="00A967C4" w:rsidRPr="00A967C4" w:rsidRDefault="00A967C4">
      <w:pPr>
        <w:numPr>
          <w:ilvl w:val="0"/>
          <w:numId w:val="38"/>
        </w:numPr>
        <w:rPr>
          <w:lang w:val="es-CR"/>
        </w:rPr>
      </w:pPr>
      <w:r w:rsidRPr="00A967C4">
        <w:rPr>
          <w:lang w:val="es-CR"/>
        </w:rPr>
        <w:t xml:space="preserve">¿Cuántos lados tiene un cuadrado? </w:t>
      </w:r>
    </w:p>
    <w:p w14:paraId="3976B7E7" w14:textId="77777777" w:rsidR="00A967C4" w:rsidRPr="00A967C4" w:rsidRDefault="00A967C4" w:rsidP="00A967C4">
      <w:pPr>
        <w:rPr>
          <w:lang w:val="es-CR"/>
        </w:rPr>
      </w:pPr>
      <w:r w:rsidRPr="00A967C4">
        <w:rPr>
          <w:lang w:val="es-CR"/>
        </w:rPr>
        <w:pict w14:anchorId="690CCAF3">
          <v:rect id="_x0000_i2024" style="width:0;height:1.5pt" o:hralign="center" o:hrstd="t" o:hr="t" fillcolor="#a0a0a0" stroked="f"/>
        </w:pict>
      </w:r>
    </w:p>
    <w:p w14:paraId="1A79E366" w14:textId="77777777" w:rsidR="00A967C4" w:rsidRPr="00A967C4" w:rsidRDefault="00A967C4">
      <w:pPr>
        <w:numPr>
          <w:ilvl w:val="0"/>
          <w:numId w:val="39"/>
        </w:numPr>
        <w:rPr>
          <w:lang w:val="es-CR"/>
        </w:rPr>
      </w:pPr>
      <w:r w:rsidRPr="00A967C4">
        <w:rPr>
          <w:lang w:val="es-CR"/>
        </w:rPr>
        <w:t xml:space="preserve">Escribe el nombre de una figura con 3 lados. </w:t>
      </w:r>
    </w:p>
    <w:p w14:paraId="511588A9" w14:textId="77777777" w:rsidR="00A967C4" w:rsidRPr="00A967C4" w:rsidRDefault="00A967C4" w:rsidP="00A967C4">
      <w:pPr>
        <w:rPr>
          <w:lang w:val="es-CR"/>
        </w:rPr>
      </w:pPr>
      <w:r w:rsidRPr="00A967C4">
        <w:rPr>
          <w:lang w:val="es-CR"/>
        </w:rPr>
        <w:pict w14:anchorId="2AD2CB82">
          <v:rect id="_x0000_i2025" style="width:0;height:1.5pt" o:hralign="center" o:hrstd="t" o:hr="t" fillcolor="#a0a0a0" stroked="f"/>
        </w:pict>
      </w:r>
    </w:p>
    <w:p w14:paraId="4228959C" w14:textId="77777777" w:rsidR="00A967C4" w:rsidRPr="00A967C4" w:rsidRDefault="00A967C4">
      <w:pPr>
        <w:numPr>
          <w:ilvl w:val="0"/>
          <w:numId w:val="40"/>
        </w:numPr>
        <w:rPr>
          <w:lang w:val="es-CR"/>
        </w:rPr>
      </w:pPr>
      <w:r w:rsidRPr="00A967C4">
        <w:rPr>
          <w:lang w:val="es-CR"/>
        </w:rPr>
        <w:t xml:space="preserve">Colorea el cuadrado. </w:t>
      </w:r>
    </w:p>
    <w:p w14:paraId="2A004FD3" w14:textId="77777777" w:rsidR="00A967C4" w:rsidRPr="00A967C4" w:rsidRDefault="00A967C4" w:rsidP="00A967C4">
      <w:pPr>
        <w:rPr>
          <w:lang w:val="es-CR"/>
        </w:rPr>
      </w:pPr>
      <w:r w:rsidRPr="00A967C4">
        <w:rPr>
          <w:lang w:val="es-CR"/>
        </w:rPr>
        <w:t>△ □ ▭</w:t>
      </w:r>
    </w:p>
    <w:p w14:paraId="6903166F" w14:textId="77777777" w:rsidR="00A967C4" w:rsidRPr="00A967C4" w:rsidRDefault="00A967C4" w:rsidP="00A967C4">
      <w:pPr>
        <w:rPr>
          <w:lang w:val="es-CR"/>
        </w:rPr>
      </w:pPr>
      <w:r w:rsidRPr="00A967C4">
        <w:rPr>
          <w:lang w:val="es-CR"/>
        </w:rPr>
        <w:pict w14:anchorId="73D5FE09">
          <v:rect id="_x0000_i2026" style="width:0;height:1.5pt" o:hralign="center" o:hrstd="t" o:hr="t" fillcolor="#a0a0a0" stroked="f"/>
        </w:pict>
      </w:r>
    </w:p>
    <w:p w14:paraId="368096C9" w14:textId="77777777" w:rsidR="00A967C4" w:rsidRPr="00A967C4" w:rsidRDefault="00A967C4" w:rsidP="00A967C4">
      <w:pPr>
        <w:rPr>
          <w:b/>
          <w:bCs/>
          <w:lang w:val="es-CR"/>
        </w:rPr>
      </w:pPr>
      <w:r w:rsidRPr="00A967C4">
        <w:rPr>
          <w:b/>
          <w:bCs/>
          <w:lang w:val="es-CR"/>
        </w:rPr>
        <w:t>RÚBRICA DE EVALUACIÓN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9"/>
        <w:gridCol w:w="1850"/>
        <w:gridCol w:w="1965"/>
        <w:gridCol w:w="1334"/>
        <w:gridCol w:w="1842"/>
      </w:tblGrid>
      <w:tr w:rsidR="00A967C4" w:rsidRPr="00A967C4" w14:paraId="6BFC8B97" w14:textId="77777777">
        <w:trPr>
          <w:tblHeader/>
          <w:tblCellSpacing w:w="15" w:type="dxa"/>
        </w:trPr>
        <w:tc>
          <w:tcPr>
            <w:tcW w:w="0" w:type="auto"/>
            <w:vAlign w:val="center"/>
            <w:hideMark/>
          </w:tcPr>
          <w:p w14:paraId="7E257D86" w14:textId="77777777" w:rsidR="00A967C4" w:rsidRPr="00A967C4" w:rsidRDefault="00A967C4" w:rsidP="00A967C4">
            <w:pPr>
              <w:rPr>
                <w:b/>
                <w:bCs/>
                <w:lang w:val="es-CR"/>
              </w:rPr>
            </w:pPr>
            <w:r w:rsidRPr="00A967C4">
              <w:rPr>
                <w:b/>
                <w:bCs/>
                <w:lang w:val="es-CR"/>
              </w:rPr>
              <w:t>Criterios</w:t>
            </w:r>
          </w:p>
        </w:tc>
        <w:tc>
          <w:tcPr>
            <w:tcW w:w="0" w:type="auto"/>
            <w:vAlign w:val="center"/>
            <w:hideMark/>
          </w:tcPr>
          <w:p w14:paraId="7F4D7C15" w14:textId="77777777" w:rsidR="00A967C4" w:rsidRPr="00A967C4" w:rsidRDefault="00A967C4" w:rsidP="00A967C4">
            <w:pPr>
              <w:rPr>
                <w:b/>
                <w:bCs/>
                <w:lang w:val="es-CR"/>
              </w:rPr>
            </w:pPr>
            <w:r w:rsidRPr="00A967C4">
              <w:rPr>
                <w:b/>
                <w:bCs/>
                <w:lang w:val="es-CR"/>
              </w:rPr>
              <w:t>Excelente 4</w:t>
            </w:r>
          </w:p>
        </w:tc>
        <w:tc>
          <w:tcPr>
            <w:tcW w:w="0" w:type="auto"/>
            <w:vAlign w:val="center"/>
            <w:hideMark/>
          </w:tcPr>
          <w:p w14:paraId="5A9E1BF3" w14:textId="77777777" w:rsidR="00A967C4" w:rsidRPr="00A967C4" w:rsidRDefault="00A967C4" w:rsidP="00A967C4">
            <w:pPr>
              <w:rPr>
                <w:b/>
                <w:bCs/>
                <w:lang w:val="es-CR"/>
              </w:rPr>
            </w:pPr>
            <w:r w:rsidRPr="00A967C4">
              <w:rPr>
                <w:b/>
                <w:bCs/>
                <w:lang w:val="es-CR"/>
              </w:rPr>
              <w:t>Bueno 3</w:t>
            </w:r>
          </w:p>
        </w:tc>
        <w:tc>
          <w:tcPr>
            <w:tcW w:w="0" w:type="auto"/>
            <w:vAlign w:val="center"/>
            <w:hideMark/>
          </w:tcPr>
          <w:p w14:paraId="7EA32FE3" w14:textId="77777777" w:rsidR="00A967C4" w:rsidRPr="00A967C4" w:rsidRDefault="00A967C4" w:rsidP="00A967C4">
            <w:pPr>
              <w:rPr>
                <w:b/>
                <w:bCs/>
                <w:lang w:val="es-CR"/>
              </w:rPr>
            </w:pPr>
            <w:r w:rsidRPr="00A967C4">
              <w:rPr>
                <w:b/>
                <w:bCs/>
                <w:lang w:val="es-CR"/>
              </w:rPr>
              <w:t>En proceso 2</w:t>
            </w:r>
          </w:p>
        </w:tc>
        <w:tc>
          <w:tcPr>
            <w:tcW w:w="0" w:type="auto"/>
            <w:vAlign w:val="center"/>
            <w:hideMark/>
          </w:tcPr>
          <w:p w14:paraId="557105E8" w14:textId="77777777" w:rsidR="00A967C4" w:rsidRPr="00A967C4" w:rsidRDefault="00A967C4" w:rsidP="00A967C4">
            <w:pPr>
              <w:rPr>
                <w:b/>
                <w:bCs/>
                <w:lang w:val="es-CR"/>
              </w:rPr>
            </w:pPr>
            <w:r w:rsidRPr="00A967C4">
              <w:rPr>
                <w:b/>
                <w:bCs/>
                <w:lang w:val="es-CR"/>
              </w:rPr>
              <w:t>Inicial 1</w:t>
            </w:r>
          </w:p>
        </w:tc>
      </w:tr>
      <w:tr w:rsidR="00A967C4" w:rsidRPr="00A967C4" w14:paraId="00ECFBB5" w14:textId="77777777">
        <w:trPr>
          <w:tblCellSpacing w:w="15" w:type="dxa"/>
        </w:trPr>
        <w:tc>
          <w:tcPr>
            <w:tcW w:w="0" w:type="auto"/>
            <w:vAlign w:val="center"/>
            <w:hideMark/>
          </w:tcPr>
          <w:p w14:paraId="528418CA" w14:textId="77777777" w:rsidR="00A967C4" w:rsidRPr="00A967C4" w:rsidRDefault="00A967C4" w:rsidP="00A967C4">
            <w:pPr>
              <w:rPr>
                <w:lang w:val="es-CR"/>
              </w:rPr>
            </w:pPr>
            <w:r w:rsidRPr="00A967C4">
              <w:rPr>
                <w:lang w:val="es-CR"/>
              </w:rPr>
              <w:t>Reconoce figuras geométricas</w:t>
            </w:r>
          </w:p>
        </w:tc>
        <w:tc>
          <w:tcPr>
            <w:tcW w:w="0" w:type="auto"/>
            <w:vAlign w:val="center"/>
            <w:hideMark/>
          </w:tcPr>
          <w:p w14:paraId="30B7DDD1" w14:textId="77777777" w:rsidR="00A967C4" w:rsidRPr="00A967C4" w:rsidRDefault="00A967C4" w:rsidP="00A967C4">
            <w:pPr>
              <w:rPr>
                <w:lang w:val="es-CR"/>
              </w:rPr>
            </w:pPr>
            <w:r w:rsidRPr="00A967C4">
              <w:rPr>
                <w:lang w:val="es-CR"/>
              </w:rPr>
              <w:t>Identifica todas correctamente.</w:t>
            </w:r>
          </w:p>
        </w:tc>
        <w:tc>
          <w:tcPr>
            <w:tcW w:w="0" w:type="auto"/>
            <w:vAlign w:val="center"/>
            <w:hideMark/>
          </w:tcPr>
          <w:p w14:paraId="18C56C00" w14:textId="77777777" w:rsidR="00A967C4" w:rsidRPr="00A967C4" w:rsidRDefault="00A967C4" w:rsidP="00A967C4">
            <w:pPr>
              <w:rPr>
                <w:lang w:val="es-CR"/>
              </w:rPr>
            </w:pPr>
            <w:r w:rsidRPr="00A967C4">
              <w:rPr>
                <w:lang w:val="es-CR"/>
              </w:rPr>
              <w:t>Identifica la mayoría.</w:t>
            </w:r>
          </w:p>
        </w:tc>
        <w:tc>
          <w:tcPr>
            <w:tcW w:w="0" w:type="auto"/>
            <w:vAlign w:val="center"/>
            <w:hideMark/>
          </w:tcPr>
          <w:p w14:paraId="68CD0401" w14:textId="77777777" w:rsidR="00A967C4" w:rsidRPr="00A967C4" w:rsidRDefault="00A967C4" w:rsidP="00A967C4">
            <w:pPr>
              <w:rPr>
                <w:lang w:val="es-CR"/>
              </w:rPr>
            </w:pPr>
            <w:r w:rsidRPr="00A967C4">
              <w:rPr>
                <w:lang w:val="es-CR"/>
              </w:rPr>
              <w:t>Presenta algunos errores.</w:t>
            </w:r>
          </w:p>
        </w:tc>
        <w:tc>
          <w:tcPr>
            <w:tcW w:w="0" w:type="auto"/>
            <w:vAlign w:val="center"/>
            <w:hideMark/>
          </w:tcPr>
          <w:p w14:paraId="1C1F898F" w14:textId="77777777" w:rsidR="00A967C4" w:rsidRPr="00A967C4" w:rsidRDefault="00A967C4" w:rsidP="00A967C4">
            <w:pPr>
              <w:rPr>
                <w:lang w:val="es-CR"/>
              </w:rPr>
            </w:pPr>
            <w:r w:rsidRPr="00A967C4">
              <w:rPr>
                <w:lang w:val="es-CR"/>
              </w:rPr>
              <w:t>Tiene dificultad para reconocer figuras.</w:t>
            </w:r>
          </w:p>
        </w:tc>
      </w:tr>
      <w:tr w:rsidR="00A967C4" w:rsidRPr="00A967C4" w14:paraId="5EF326EF" w14:textId="77777777">
        <w:trPr>
          <w:tblCellSpacing w:w="15" w:type="dxa"/>
        </w:trPr>
        <w:tc>
          <w:tcPr>
            <w:tcW w:w="0" w:type="auto"/>
            <w:vAlign w:val="center"/>
            <w:hideMark/>
          </w:tcPr>
          <w:p w14:paraId="1E81108B" w14:textId="77777777" w:rsidR="00A967C4" w:rsidRPr="00A967C4" w:rsidRDefault="00A967C4" w:rsidP="00A967C4">
            <w:pPr>
              <w:rPr>
                <w:lang w:val="es-CR"/>
              </w:rPr>
            </w:pPr>
            <w:r w:rsidRPr="00A967C4">
              <w:rPr>
                <w:lang w:val="es-CR"/>
              </w:rPr>
              <w:lastRenderedPageBreak/>
              <w:t>Traza figuras geométricas</w:t>
            </w:r>
          </w:p>
        </w:tc>
        <w:tc>
          <w:tcPr>
            <w:tcW w:w="0" w:type="auto"/>
            <w:vAlign w:val="center"/>
            <w:hideMark/>
          </w:tcPr>
          <w:p w14:paraId="58646A67" w14:textId="77777777" w:rsidR="00A967C4" w:rsidRPr="00A967C4" w:rsidRDefault="00A967C4" w:rsidP="00A967C4">
            <w:pPr>
              <w:rPr>
                <w:lang w:val="es-CR"/>
              </w:rPr>
            </w:pPr>
            <w:r w:rsidRPr="00A967C4">
              <w:rPr>
                <w:lang w:val="es-CR"/>
              </w:rPr>
              <w:t>Traza figuras con precisión.</w:t>
            </w:r>
          </w:p>
        </w:tc>
        <w:tc>
          <w:tcPr>
            <w:tcW w:w="0" w:type="auto"/>
            <w:vAlign w:val="center"/>
            <w:hideMark/>
          </w:tcPr>
          <w:p w14:paraId="1F52E8D2" w14:textId="77777777" w:rsidR="00A967C4" w:rsidRPr="00A967C4" w:rsidRDefault="00A967C4" w:rsidP="00A967C4">
            <w:pPr>
              <w:rPr>
                <w:lang w:val="es-CR"/>
              </w:rPr>
            </w:pPr>
            <w:r w:rsidRPr="00A967C4">
              <w:rPr>
                <w:lang w:val="es-CR"/>
              </w:rPr>
              <w:t>Traza correctamente la mayoría.</w:t>
            </w:r>
          </w:p>
        </w:tc>
        <w:tc>
          <w:tcPr>
            <w:tcW w:w="0" w:type="auto"/>
            <w:vAlign w:val="center"/>
            <w:hideMark/>
          </w:tcPr>
          <w:p w14:paraId="4ABA7197" w14:textId="77777777" w:rsidR="00A967C4" w:rsidRPr="00A967C4" w:rsidRDefault="00A967C4" w:rsidP="00A967C4">
            <w:pPr>
              <w:rPr>
                <w:lang w:val="es-CR"/>
              </w:rPr>
            </w:pPr>
            <w:r w:rsidRPr="00A967C4">
              <w:rPr>
                <w:lang w:val="es-CR"/>
              </w:rPr>
              <w:t>Necesita apoyo frecuente.</w:t>
            </w:r>
          </w:p>
        </w:tc>
        <w:tc>
          <w:tcPr>
            <w:tcW w:w="0" w:type="auto"/>
            <w:vAlign w:val="center"/>
            <w:hideMark/>
          </w:tcPr>
          <w:p w14:paraId="6DA49B9F" w14:textId="77777777" w:rsidR="00A967C4" w:rsidRPr="00A967C4" w:rsidRDefault="00A967C4" w:rsidP="00A967C4">
            <w:pPr>
              <w:rPr>
                <w:lang w:val="es-CR"/>
              </w:rPr>
            </w:pPr>
            <w:r w:rsidRPr="00A967C4">
              <w:rPr>
                <w:lang w:val="es-CR"/>
              </w:rPr>
              <w:t>Presenta dificultad en el trazo.</w:t>
            </w:r>
          </w:p>
        </w:tc>
      </w:tr>
      <w:tr w:rsidR="00A967C4" w:rsidRPr="00A967C4" w14:paraId="7798EA8D" w14:textId="77777777">
        <w:trPr>
          <w:tblCellSpacing w:w="15" w:type="dxa"/>
        </w:trPr>
        <w:tc>
          <w:tcPr>
            <w:tcW w:w="0" w:type="auto"/>
            <w:vAlign w:val="center"/>
            <w:hideMark/>
          </w:tcPr>
          <w:p w14:paraId="3129888D" w14:textId="77777777" w:rsidR="00A967C4" w:rsidRPr="00A967C4" w:rsidRDefault="00A967C4" w:rsidP="00A967C4">
            <w:pPr>
              <w:rPr>
                <w:lang w:val="es-CR"/>
              </w:rPr>
            </w:pPr>
            <w:r w:rsidRPr="00A967C4">
              <w:rPr>
                <w:lang w:val="es-CR"/>
              </w:rPr>
              <w:t>Identifica lados y vértices</w:t>
            </w:r>
          </w:p>
        </w:tc>
        <w:tc>
          <w:tcPr>
            <w:tcW w:w="0" w:type="auto"/>
            <w:vAlign w:val="center"/>
            <w:hideMark/>
          </w:tcPr>
          <w:p w14:paraId="21684804" w14:textId="77777777" w:rsidR="00A967C4" w:rsidRPr="00A967C4" w:rsidRDefault="00A967C4" w:rsidP="00A967C4">
            <w:pPr>
              <w:rPr>
                <w:lang w:val="es-CR"/>
              </w:rPr>
            </w:pPr>
            <w:r w:rsidRPr="00A967C4">
              <w:rPr>
                <w:lang w:val="es-CR"/>
              </w:rPr>
              <w:t>Reconoce todos correctamente.</w:t>
            </w:r>
          </w:p>
        </w:tc>
        <w:tc>
          <w:tcPr>
            <w:tcW w:w="0" w:type="auto"/>
            <w:vAlign w:val="center"/>
            <w:hideMark/>
          </w:tcPr>
          <w:p w14:paraId="389F7D2C" w14:textId="77777777" w:rsidR="00A967C4" w:rsidRPr="00A967C4" w:rsidRDefault="00A967C4" w:rsidP="00A967C4">
            <w:pPr>
              <w:rPr>
                <w:lang w:val="es-CR"/>
              </w:rPr>
            </w:pPr>
            <w:r w:rsidRPr="00A967C4">
              <w:rPr>
                <w:lang w:val="es-CR"/>
              </w:rPr>
              <w:t>Reconoce la mayoría.</w:t>
            </w:r>
          </w:p>
        </w:tc>
        <w:tc>
          <w:tcPr>
            <w:tcW w:w="0" w:type="auto"/>
            <w:vAlign w:val="center"/>
            <w:hideMark/>
          </w:tcPr>
          <w:p w14:paraId="5991D1E8" w14:textId="77777777" w:rsidR="00A967C4" w:rsidRPr="00A967C4" w:rsidRDefault="00A967C4" w:rsidP="00A967C4">
            <w:pPr>
              <w:rPr>
                <w:lang w:val="es-CR"/>
              </w:rPr>
            </w:pPr>
            <w:r w:rsidRPr="00A967C4">
              <w:rPr>
                <w:lang w:val="es-CR"/>
              </w:rPr>
              <w:t>Presenta algunos errores.</w:t>
            </w:r>
          </w:p>
        </w:tc>
        <w:tc>
          <w:tcPr>
            <w:tcW w:w="0" w:type="auto"/>
            <w:vAlign w:val="center"/>
            <w:hideMark/>
          </w:tcPr>
          <w:p w14:paraId="4A2E91B7" w14:textId="77777777" w:rsidR="00A967C4" w:rsidRPr="00A967C4" w:rsidRDefault="00A967C4" w:rsidP="00A967C4">
            <w:pPr>
              <w:rPr>
                <w:lang w:val="es-CR"/>
              </w:rPr>
            </w:pPr>
            <w:r w:rsidRPr="00A967C4">
              <w:rPr>
                <w:lang w:val="es-CR"/>
              </w:rPr>
              <w:t>Tiene dificultad para identificarlos.</w:t>
            </w:r>
          </w:p>
        </w:tc>
      </w:tr>
      <w:tr w:rsidR="00A967C4" w:rsidRPr="00A967C4" w14:paraId="273470B4" w14:textId="77777777">
        <w:trPr>
          <w:tblCellSpacing w:w="15" w:type="dxa"/>
        </w:trPr>
        <w:tc>
          <w:tcPr>
            <w:tcW w:w="0" w:type="auto"/>
            <w:vAlign w:val="center"/>
            <w:hideMark/>
          </w:tcPr>
          <w:p w14:paraId="406B1198" w14:textId="77777777" w:rsidR="00A967C4" w:rsidRPr="00A967C4" w:rsidRDefault="00A967C4" w:rsidP="00A967C4">
            <w:pPr>
              <w:rPr>
                <w:lang w:val="es-CR"/>
              </w:rPr>
            </w:pPr>
            <w:r w:rsidRPr="00A967C4">
              <w:rPr>
                <w:lang w:val="es-CR"/>
              </w:rPr>
              <w:t>Diferencia cuadrados y rectángulos</w:t>
            </w:r>
          </w:p>
        </w:tc>
        <w:tc>
          <w:tcPr>
            <w:tcW w:w="0" w:type="auto"/>
            <w:vAlign w:val="center"/>
            <w:hideMark/>
          </w:tcPr>
          <w:p w14:paraId="668EBD1F" w14:textId="77777777" w:rsidR="00A967C4" w:rsidRPr="00A967C4" w:rsidRDefault="00A967C4" w:rsidP="00A967C4">
            <w:pPr>
              <w:rPr>
                <w:lang w:val="es-CR"/>
              </w:rPr>
            </w:pPr>
            <w:r w:rsidRPr="00A967C4">
              <w:rPr>
                <w:lang w:val="es-CR"/>
              </w:rPr>
              <w:t>Diferencia correctamente las figuras.</w:t>
            </w:r>
          </w:p>
        </w:tc>
        <w:tc>
          <w:tcPr>
            <w:tcW w:w="0" w:type="auto"/>
            <w:vAlign w:val="center"/>
            <w:hideMark/>
          </w:tcPr>
          <w:p w14:paraId="0CFA445A" w14:textId="77777777" w:rsidR="00A967C4" w:rsidRPr="00A967C4" w:rsidRDefault="00A967C4" w:rsidP="00A967C4">
            <w:pPr>
              <w:rPr>
                <w:lang w:val="es-CR"/>
              </w:rPr>
            </w:pPr>
            <w:r w:rsidRPr="00A967C4">
              <w:rPr>
                <w:lang w:val="es-CR"/>
              </w:rPr>
              <w:t>Diferencia la mayoría.</w:t>
            </w:r>
          </w:p>
        </w:tc>
        <w:tc>
          <w:tcPr>
            <w:tcW w:w="0" w:type="auto"/>
            <w:vAlign w:val="center"/>
            <w:hideMark/>
          </w:tcPr>
          <w:p w14:paraId="781CEE5C" w14:textId="77777777" w:rsidR="00A967C4" w:rsidRPr="00A967C4" w:rsidRDefault="00A967C4" w:rsidP="00A967C4">
            <w:pPr>
              <w:rPr>
                <w:lang w:val="es-CR"/>
              </w:rPr>
            </w:pPr>
            <w:r w:rsidRPr="00A967C4">
              <w:rPr>
                <w:lang w:val="es-CR"/>
              </w:rPr>
              <w:t>Presenta confusión ocasional.</w:t>
            </w:r>
          </w:p>
        </w:tc>
        <w:tc>
          <w:tcPr>
            <w:tcW w:w="0" w:type="auto"/>
            <w:vAlign w:val="center"/>
            <w:hideMark/>
          </w:tcPr>
          <w:p w14:paraId="08F12C12" w14:textId="77777777" w:rsidR="00A967C4" w:rsidRPr="00A967C4" w:rsidRDefault="00A967C4" w:rsidP="00A967C4">
            <w:pPr>
              <w:rPr>
                <w:lang w:val="es-CR"/>
              </w:rPr>
            </w:pPr>
            <w:r w:rsidRPr="00A967C4">
              <w:rPr>
                <w:lang w:val="es-CR"/>
              </w:rPr>
              <w:t>No logra diferenciarlas.</w:t>
            </w:r>
          </w:p>
        </w:tc>
      </w:tr>
      <w:tr w:rsidR="00A967C4" w:rsidRPr="00A967C4" w14:paraId="678AF90F" w14:textId="77777777">
        <w:trPr>
          <w:tblCellSpacing w:w="15" w:type="dxa"/>
        </w:trPr>
        <w:tc>
          <w:tcPr>
            <w:tcW w:w="0" w:type="auto"/>
            <w:vAlign w:val="center"/>
            <w:hideMark/>
          </w:tcPr>
          <w:p w14:paraId="21D46BC7" w14:textId="77777777" w:rsidR="00A967C4" w:rsidRPr="00A967C4" w:rsidRDefault="00A967C4" w:rsidP="00A967C4">
            <w:pPr>
              <w:rPr>
                <w:lang w:val="es-CR"/>
              </w:rPr>
            </w:pPr>
            <w:r w:rsidRPr="00A967C4">
              <w:rPr>
                <w:lang w:val="es-CR"/>
              </w:rPr>
              <w:t>Compone y descompone figuras</w:t>
            </w:r>
          </w:p>
        </w:tc>
        <w:tc>
          <w:tcPr>
            <w:tcW w:w="0" w:type="auto"/>
            <w:vAlign w:val="center"/>
            <w:hideMark/>
          </w:tcPr>
          <w:p w14:paraId="6D378895" w14:textId="77777777" w:rsidR="00A967C4" w:rsidRPr="00A967C4" w:rsidRDefault="00A967C4" w:rsidP="00A967C4">
            <w:pPr>
              <w:rPr>
                <w:lang w:val="es-CR"/>
              </w:rPr>
            </w:pPr>
            <w:r w:rsidRPr="00A967C4">
              <w:rPr>
                <w:lang w:val="es-CR"/>
              </w:rPr>
              <w:t>Construye figuras correctamente.</w:t>
            </w:r>
          </w:p>
        </w:tc>
        <w:tc>
          <w:tcPr>
            <w:tcW w:w="0" w:type="auto"/>
            <w:vAlign w:val="center"/>
            <w:hideMark/>
          </w:tcPr>
          <w:p w14:paraId="067FAD6D" w14:textId="77777777" w:rsidR="00A967C4" w:rsidRPr="00A967C4" w:rsidRDefault="00A967C4" w:rsidP="00A967C4">
            <w:pPr>
              <w:rPr>
                <w:lang w:val="es-CR"/>
              </w:rPr>
            </w:pPr>
            <w:r w:rsidRPr="00A967C4">
              <w:rPr>
                <w:lang w:val="es-CR"/>
              </w:rPr>
              <w:t>Construye la mayoría adecuadamente.</w:t>
            </w:r>
          </w:p>
        </w:tc>
        <w:tc>
          <w:tcPr>
            <w:tcW w:w="0" w:type="auto"/>
            <w:vAlign w:val="center"/>
            <w:hideMark/>
          </w:tcPr>
          <w:p w14:paraId="6B2CD449" w14:textId="77777777" w:rsidR="00A967C4" w:rsidRPr="00A967C4" w:rsidRDefault="00A967C4" w:rsidP="00A967C4">
            <w:pPr>
              <w:rPr>
                <w:lang w:val="es-CR"/>
              </w:rPr>
            </w:pPr>
            <w:r w:rsidRPr="00A967C4">
              <w:rPr>
                <w:lang w:val="es-CR"/>
              </w:rPr>
              <w:t>Necesita apoyo frecuente.</w:t>
            </w:r>
          </w:p>
        </w:tc>
        <w:tc>
          <w:tcPr>
            <w:tcW w:w="0" w:type="auto"/>
            <w:vAlign w:val="center"/>
            <w:hideMark/>
          </w:tcPr>
          <w:p w14:paraId="31D8DC5F" w14:textId="77777777" w:rsidR="00A967C4" w:rsidRPr="00A967C4" w:rsidRDefault="00A967C4" w:rsidP="00A967C4">
            <w:pPr>
              <w:rPr>
                <w:lang w:val="es-CR"/>
              </w:rPr>
            </w:pPr>
            <w:r w:rsidRPr="00A967C4">
              <w:rPr>
                <w:lang w:val="es-CR"/>
              </w:rPr>
              <w:t>Presenta dificultad en las actividades.</w:t>
            </w:r>
          </w:p>
        </w:tc>
      </w:tr>
    </w:tbl>
    <w:p w14:paraId="03B6EF6C" w14:textId="77777777" w:rsidR="00A967C4" w:rsidRDefault="00A967C4" w:rsidP="001373BF">
      <w:pPr>
        <w:rPr>
          <w:lang w:val="es-CR"/>
        </w:rPr>
      </w:pPr>
    </w:p>
    <w:p w14:paraId="6F59F7A0" w14:textId="77777777" w:rsidR="00A967C4" w:rsidRDefault="00A967C4" w:rsidP="001373BF">
      <w:pPr>
        <w:rPr>
          <w:lang w:val="es-CR"/>
        </w:rPr>
      </w:pPr>
    </w:p>
    <w:p w14:paraId="129757D3" w14:textId="77777777" w:rsidR="00A967C4" w:rsidRDefault="00A967C4" w:rsidP="001373BF">
      <w:pPr>
        <w:rPr>
          <w:lang w:val="es-CR"/>
        </w:rPr>
      </w:pPr>
    </w:p>
    <w:p w14:paraId="4A7D0723" w14:textId="77777777" w:rsidR="00A967C4" w:rsidRDefault="00A967C4" w:rsidP="001373BF">
      <w:pPr>
        <w:rPr>
          <w:lang w:val="es-CR"/>
        </w:rPr>
      </w:pPr>
    </w:p>
    <w:p w14:paraId="21D144D3" w14:textId="77777777" w:rsidR="00A967C4" w:rsidRDefault="00A967C4" w:rsidP="001373BF">
      <w:pPr>
        <w:rPr>
          <w:lang w:val="es-CR"/>
        </w:rPr>
      </w:pPr>
    </w:p>
    <w:p w14:paraId="573E8D22" w14:textId="77777777" w:rsidR="00A967C4" w:rsidRDefault="00A967C4" w:rsidP="001373BF">
      <w:pPr>
        <w:rPr>
          <w:lang w:val="es-CR"/>
        </w:rPr>
      </w:pPr>
    </w:p>
    <w:p w14:paraId="7D0DF935" w14:textId="77777777" w:rsidR="00A967C4" w:rsidRDefault="00A967C4" w:rsidP="001373BF">
      <w:pPr>
        <w:rPr>
          <w:lang w:val="es-CR"/>
        </w:rPr>
      </w:pPr>
    </w:p>
    <w:p w14:paraId="5719538F" w14:textId="77777777" w:rsidR="00A967C4" w:rsidRDefault="00A967C4" w:rsidP="001373BF">
      <w:pPr>
        <w:rPr>
          <w:lang w:val="es-CR"/>
        </w:rPr>
      </w:pPr>
    </w:p>
    <w:p w14:paraId="0F382E39" w14:textId="77777777" w:rsidR="00A967C4" w:rsidRDefault="00A967C4" w:rsidP="001373BF">
      <w:pPr>
        <w:rPr>
          <w:lang w:val="es-CR"/>
        </w:rPr>
      </w:pPr>
    </w:p>
    <w:p w14:paraId="57CF6F39" w14:textId="77777777" w:rsidR="00A967C4" w:rsidRDefault="00A967C4" w:rsidP="001373BF">
      <w:pPr>
        <w:rPr>
          <w:lang w:val="es-CR"/>
        </w:rPr>
      </w:pPr>
    </w:p>
    <w:p w14:paraId="05AA51E2" w14:textId="77777777" w:rsidR="00A967C4" w:rsidRDefault="00A967C4" w:rsidP="001373BF">
      <w:pPr>
        <w:rPr>
          <w:lang w:val="es-CR"/>
        </w:rPr>
      </w:pPr>
    </w:p>
    <w:p w14:paraId="01B3211E" w14:textId="77777777" w:rsidR="00A967C4" w:rsidRDefault="00A967C4" w:rsidP="001373BF">
      <w:pPr>
        <w:rPr>
          <w:lang w:val="es-CR"/>
        </w:rPr>
      </w:pPr>
    </w:p>
    <w:p w14:paraId="31A5C91A" w14:textId="77777777" w:rsidR="00A967C4" w:rsidRDefault="00A967C4" w:rsidP="001373BF">
      <w:pPr>
        <w:rPr>
          <w:lang w:val="es-CR"/>
        </w:rPr>
      </w:pPr>
    </w:p>
    <w:p w14:paraId="746BF67C" w14:textId="697DBDEA" w:rsidR="00505C6E" w:rsidRDefault="00505C6E" w:rsidP="001373BF">
      <w:pPr>
        <w:rPr>
          <w:lang w:val="es-CR"/>
        </w:rPr>
      </w:pPr>
    </w:p>
    <w:p w14:paraId="491BDD85" w14:textId="28E23D0C" w:rsidR="00505C6E" w:rsidRDefault="00505C6E" w:rsidP="001373BF">
      <w:pPr>
        <w:rPr>
          <w:lang w:val="es-CR"/>
        </w:rPr>
      </w:pPr>
    </w:p>
    <w:p w14:paraId="2F9DFE3D" w14:textId="1C5372F0" w:rsidR="00505C6E" w:rsidRDefault="00A967C4" w:rsidP="001373BF">
      <w:pPr>
        <w:rPr>
          <w:lang w:val="es-CR"/>
        </w:rPr>
      </w:pPr>
      <w:r w:rsidRPr="00024C17">
        <w:lastRenderedPageBreak/>
        <w:drawing>
          <wp:anchor distT="0" distB="0" distL="114300" distR="114300" simplePos="0" relativeHeight="251671552" behindDoc="0" locked="0" layoutInCell="1" allowOverlap="1" wp14:anchorId="486D2B37" wp14:editId="4A31AC6C">
            <wp:simplePos x="0" y="0"/>
            <wp:positionH relativeFrom="column">
              <wp:posOffset>-998220</wp:posOffset>
            </wp:positionH>
            <wp:positionV relativeFrom="paragraph">
              <wp:posOffset>-777240</wp:posOffset>
            </wp:positionV>
            <wp:extent cx="7467600" cy="9677400"/>
            <wp:effectExtent l="0" t="0" r="0" b="0"/>
            <wp:wrapNone/>
            <wp:docPr id="9191150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7600" cy="967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04FC2" w14:textId="77777777" w:rsidR="00505C6E" w:rsidRDefault="00505C6E" w:rsidP="001373BF">
      <w:pPr>
        <w:rPr>
          <w:lang w:val="es-CR"/>
        </w:rPr>
      </w:pPr>
    </w:p>
    <w:p w14:paraId="15F91FCA" w14:textId="77777777" w:rsidR="00505C6E" w:rsidRDefault="00505C6E" w:rsidP="001373BF">
      <w:pPr>
        <w:rPr>
          <w:lang w:val="es-CR"/>
        </w:rPr>
      </w:pPr>
    </w:p>
    <w:p w14:paraId="26EB460C" w14:textId="77777777" w:rsidR="00505C6E" w:rsidRDefault="00505C6E" w:rsidP="001373BF">
      <w:pPr>
        <w:rPr>
          <w:lang w:val="es-CR"/>
        </w:rPr>
      </w:pPr>
    </w:p>
    <w:p w14:paraId="129EB1D0" w14:textId="17EB9832" w:rsidR="00505C6E" w:rsidRDefault="00505C6E" w:rsidP="001373BF">
      <w:pPr>
        <w:rPr>
          <w:lang w:val="es-CR"/>
        </w:rPr>
      </w:pPr>
    </w:p>
    <w:p w14:paraId="3EA1CC42" w14:textId="77777777" w:rsidR="00612685" w:rsidRDefault="00612685" w:rsidP="001373BF">
      <w:pPr>
        <w:rPr>
          <w:lang w:val="es-CR"/>
        </w:rPr>
      </w:pPr>
    </w:p>
    <w:p w14:paraId="23ED89BA" w14:textId="77777777" w:rsidR="00612685" w:rsidRDefault="00612685" w:rsidP="001373BF">
      <w:pPr>
        <w:rPr>
          <w:lang w:val="es-CR"/>
        </w:rPr>
      </w:pPr>
    </w:p>
    <w:p w14:paraId="4E84D982" w14:textId="77777777" w:rsidR="00612685" w:rsidRDefault="00612685" w:rsidP="001373BF">
      <w:pPr>
        <w:rPr>
          <w:lang w:val="es-CR"/>
        </w:rPr>
      </w:pPr>
    </w:p>
    <w:p w14:paraId="6251B278" w14:textId="77777777" w:rsidR="00612685" w:rsidRDefault="00612685" w:rsidP="001373BF">
      <w:pPr>
        <w:rPr>
          <w:lang w:val="es-CR"/>
        </w:rPr>
      </w:pPr>
    </w:p>
    <w:p w14:paraId="5C1E38BB" w14:textId="77777777" w:rsidR="00612685" w:rsidRDefault="00612685" w:rsidP="001373BF">
      <w:pPr>
        <w:rPr>
          <w:lang w:val="es-CR"/>
        </w:rPr>
      </w:pPr>
    </w:p>
    <w:p w14:paraId="7A14C036" w14:textId="77777777" w:rsidR="00612685" w:rsidRDefault="00612685" w:rsidP="001373BF">
      <w:pPr>
        <w:rPr>
          <w:lang w:val="es-CR"/>
        </w:rPr>
      </w:pPr>
    </w:p>
    <w:p w14:paraId="002A9AF4" w14:textId="77777777" w:rsidR="00612685" w:rsidRDefault="00612685" w:rsidP="001373BF">
      <w:pPr>
        <w:rPr>
          <w:lang w:val="es-CR"/>
        </w:rPr>
      </w:pPr>
    </w:p>
    <w:p w14:paraId="52FE3DA4" w14:textId="14FDD915" w:rsidR="00612685" w:rsidRDefault="00612685" w:rsidP="001373BF">
      <w:pPr>
        <w:rPr>
          <w:lang w:val="es-CR"/>
        </w:rPr>
      </w:pPr>
    </w:p>
    <w:p w14:paraId="46005C69" w14:textId="3CE2C394" w:rsidR="00612685" w:rsidRDefault="00612685" w:rsidP="001373BF">
      <w:pPr>
        <w:rPr>
          <w:lang w:val="es-CR"/>
        </w:rPr>
      </w:pPr>
    </w:p>
    <w:p w14:paraId="663C9086" w14:textId="77777777" w:rsidR="00612685" w:rsidRDefault="00612685" w:rsidP="001373BF">
      <w:pPr>
        <w:rPr>
          <w:lang w:val="es-CR"/>
        </w:rPr>
      </w:pPr>
    </w:p>
    <w:p w14:paraId="472B3043" w14:textId="77777777" w:rsidR="00612685" w:rsidRDefault="00612685" w:rsidP="001373BF">
      <w:pPr>
        <w:rPr>
          <w:lang w:val="es-CR"/>
        </w:rPr>
      </w:pPr>
    </w:p>
    <w:p w14:paraId="6B3EFE43" w14:textId="77777777" w:rsidR="00612685" w:rsidRDefault="00612685" w:rsidP="001373BF">
      <w:pPr>
        <w:rPr>
          <w:lang w:val="es-CR"/>
        </w:rPr>
      </w:pPr>
    </w:p>
    <w:p w14:paraId="116E6A7E" w14:textId="77777777" w:rsidR="00612685" w:rsidRDefault="00612685" w:rsidP="001373BF">
      <w:pPr>
        <w:rPr>
          <w:lang w:val="es-CR"/>
        </w:rPr>
      </w:pPr>
    </w:p>
    <w:p w14:paraId="72E53E49" w14:textId="77777777" w:rsidR="00612685" w:rsidRDefault="00612685" w:rsidP="001373BF">
      <w:pPr>
        <w:rPr>
          <w:lang w:val="es-CR"/>
        </w:rPr>
      </w:pPr>
    </w:p>
    <w:p w14:paraId="35AEDADB" w14:textId="77777777" w:rsidR="00612685" w:rsidRDefault="00612685" w:rsidP="001373BF">
      <w:pPr>
        <w:rPr>
          <w:lang w:val="es-CR"/>
        </w:rPr>
      </w:pPr>
    </w:p>
    <w:p w14:paraId="24DA8908" w14:textId="77777777" w:rsidR="00612685" w:rsidRDefault="00612685" w:rsidP="001373BF">
      <w:pPr>
        <w:rPr>
          <w:lang w:val="es-CR"/>
        </w:rPr>
      </w:pPr>
    </w:p>
    <w:p w14:paraId="7F486646" w14:textId="77777777" w:rsidR="00612685" w:rsidRDefault="00612685" w:rsidP="001373BF">
      <w:pPr>
        <w:rPr>
          <w:lang w:val="es-CR"/>
        </w:rPr>
      </w:pPr>
    </w:p>
    <w:p w14:paraId="6EABFD37" w14:textId="77777777" w:rsidR="00612685" w:rsidRDefault="00612685" w:rsidP="001373BF">
      <w:pPr>
        <w:rPr>
          <w:lang w:val="es-CR"/>
        </w:rPr>
      </w:pPr>
    </w:p>
    <w:p w14:paraId="368AD92C" w14:textId="5A271DE2" w:rsidR="00612685" w:rsidRDefault="00612685" w:rsidP="001373BF">
      <w:pPr>
        <w:rPr>
          <w:lang w:val="es-CR"/>
        </w:rPr>
      </w:pPr>
    </w:p>
    <w:p w14:paraId="0C172E0D" w14:textId="77777777" w:rsidR="00612685" w:rsidRDefault="00612685" w:rsidP="001373BF">
      <w:pPr>
        <w:rPr>
          <w:lang w:val="es-CR"/>
        </w:rPr>
      </w:pPr>
    </w:p>
    <w:p w14:paraId="070EDAE7" w14:textId="77777777" w:rsidR="00612685" w:rsidRDefault="00612685" w:rsidP="001373BF">
      <w:pPr>
        <w:rPr>
          <w:lang w:val="es-CR"/>
        </w:rPr>
      </w:pPr>
    </w:p>
    <w:p w14:paraId="3007A72C" w14:textId="199B4057" w:rsidR="00B7793A" w:rsidRPr="00B7793A" w:rsidRDefault="00B7793A" w:rsidP="00B7793A">
      <w:pPr>
        <w:rPr>
          <w:lang w:val="es-CR"/>
        </w:rPr>
      </w:pPr>
      <w:r w:rsidRPr="00B7793A">
        <w:rPr>
          <w:lang w:val="es-CR"/>
        </w:rPr>
        <w:lastRenderedPageBreak/>
        <w:drawing>
          <wp:anchor distT="0" distB="0" distL="114300" distR="114300" simplePos="0" relativeHeight="251672576" behindDoc="0" locked="0" layoutInCell="1" allowOverlap="1" wp14:anchorId="2EFCB710" wp14:editId="73C35A74">
            <wp:simplePos x="0" y="0"/>
            <wp:positionH relativeFrom="column">
              <wp:posOffset>-853440</wp:posOffset>
            </wp:positionH>
            <wp:positionV relativeFrom="paragraph">
              <wp:posOffset>-579120</wp:posOffset>
            </wp:positionV>
            <wp:extent cx="7239000" cy="8740140"/>
            <wp:effectExtent l="0" t="0" r="0" b="3810"/>
            <wp:wrapNone/>
            <wp:docPr id="17144299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0" cy="8740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8E9BD" w14:textId="6EB08BF7" w:rsidR="00612685" w:rsidRDefault="00612685" w:rsidP="001373BF">
      <w:pPr>
        <w:rPr>
          <w:lang w:val="es-CR"/>
        </w:rPr>
      </w:pPr>
    </w:p>
    <w:p w14:paraId="7E47294A" w14:textId="77777777" w:rsidR="00612685" w:rsidRDefault="00612685" w:rsidP="001373BF">
      <w:pPr>
        <w:rPr>
          <w:lang w:val="es-CR"/>
        </w:rPr>
      </w:pPr>
    </w:p>
    <w:p w14:paraId="4B05B942" w14:textId="77777777" w:rsidR="00612685" w:rsidRDefault="00612685" w:rsidP="001373BF">
      <w:pPr>
        <w:rPr>
          <w:lang w:val="es-CR"/>
        </w:rPr>
      </w:pPr>
    </w:p>
    <w:p w14:paraId="7AE92996" w14:textId="77777777" w:rsidR="00612685" w:rsidRDefault="00612685" w:rsidP="001373BF">
      <w:pPr>
        <w:rPr>
          <w:lang w:val="es-CR"/>
        </w:rPr>
      </w:pPr>
    </w:p>
    <w:p w14:paraId="7485F7F7" w14:textId="77777777" w:rsidR="00612685" w:rsidRDefault="00612685" w:rsidP="001373BF">
      <w:pPr>
        <w:rPr>
          <w:lang w:val="es-CR"/>
        </w:rPr>
      </w:pPr>
    </w:p>
    <w:p w14:paraId="151E56BF" w14:textId="77777777" w:rsidR="00612685" w:rsidRDefault="00612685" w:rsidP="001373BF">
      <w:pPr>
        <w:rPr>
          <w:lang w:val="es-CR"/>
        </w:rPr>
      </w:pPr>
    </w:p>
    <w:p w14:paraId="40055BF3" w14:textId="77777777" w:rsidR="00612685" w:rsidRDefault="00612685" w:rsidP="001373BF">
      <w:pPr>
        <w:rPr>
          <w:lang w:val="es-CR"/>
        </w:rPr>
      </w:pPr>
    </w:p>
    <w:p w14:paraId="677B6E33" w14:textId="77777777" w:rsidR="00612685" w:rsidRDefault="00612685" w:rsidP="001373BF">
      <w:pPr>
        <w:rPr>
          <w:lang w:val="es-CR"/>
        </w:rPr>
      </w:pPr>
    </w:p>
    <w:p w14:paraId="72E677B3" w14:textId="77777777" w:rsidR="00612685" w:rsidRDefault="00612685" w:rsidP="001373BF">
      <w:pPr>
        <w:rPr>
          <w:lang w:val="es-CR"/>
        </w:rPr>
      </w:pPr>
    </w:p>
    <w:p w14:paraId="05F03328" w14:textId="77777777" w:rsidR="00612685" w:rsidRDefault="00612685" w:rsidP="001373BF">
      <w:pPr>
        <w:rPr>
          <w:lang w:val="es-CR"/>
        </w:rPr>
      </w:pPr>
    </w:p>
    <w:p w14:paraId="416F0B53" w14:textId="77777777" w:rsidR="00612685" w:rsidRDefault="00612685" w:rsidP="001373BF">
      <w:pPr>
        <w:rPr>
          <w:lang w:val="es-CR"/>
        </w:rPr>
      </w:pPr>
    </w:p>
    <w:p w14:paraId="43BDD300" w14:textId="77777777" w:rsidR="00612685" w:rsidRDefault="00612685" w:rsidP="001373BF">
      <w:pPr>
        <w:rPr>
          <w:lang w:val="es-CR"/>
        </w:rPr>
      </w:pPr>
    </w:p>
    <w:p w14:paraId="502F8294" w14:textId="77777777" w:rsidR="00D246BB" w:rsidRDefault="00D246BB" w:rsidP="001373BF">
      <w:pPr>
        <w:rPr>
          <w:lang w:val="es-CR"/>
        </w:rPr>
      </w:pPr>
    </w:p>
    <w:p w14:paraId="52793107" w14:textId="77777777" w:rsidR="00D246BB" w:rsidRDefault="00D246BB" w:rsidP="001373BF">
      <w:pPr>
        <w:rPr>
          <w:lang w:val="es-CR"/>
        </w:rPr>
      </w:pPr>
    </w:p>
    <w:p w14:paraId="4B2FEAC9" w14:textId="77777777" w:rsidR="00D246BB" w:rsidRDefault="00D246BB" w:rsidP="001373BF">
      <w:pPr>
        <w:rPr>
          <w:lang w:val="es-CR"/>
        </w:rPr>
      </w:pPr>
    </w:p>
    <w:p w14:paraId="5BD4BABE" w14:textId="77777777" w:rsidR="00D246BB" w:rsidRDefault="00D246BB" w:rsidP="001373BF">
      <w:pPr>
        <w:rPr>
          <w:lang w:val="es-CR"/>
        </w:rPr>
      </w:pPr>
    </w:p>
    <w:p w14:paraId="0CBF9567" w14:textId="77777777" w:rsidR="00D246BB" w:rsidRDefault="00D246BB" w:rsidP="001373BF">
      <w:pPr>
        <w:rPr>
          <w:lang w:val="es-CR"/>
        </w:rPr>
      </w:pPr>
    </w:p>
    <w:p w14:paraId="41B224EA" w14:textId="77777777" w:rsidR="00D246BB" w:rsidRDefault="00D246BB" w:rsidP="001373BF">
      <w:pPr>
        <w:rPr>
          <w:lang w:val="es-CR"/>
        </w:rPr>
      </w:pPr>
    </w:p>
    <w:p w14:paraId="0B6237ED" w14:textId="77777777" w:rsidR="00D246BB" w:rsidRDefault="00D246BB" w:rsidP="001373BF">
      <w:pPr>
        <w:rPr>
          <w:lang w:val="es-CR"/>
        </w:rPr>
      </w:pPr>
    </w:p>
    <w:p w14:paraId="1E2A52DB" w14:textId="77777777" w:rsidR="00D246BB" w:rsidRDefault="00D246BB" w:rsidP="001373BF">
      <w:pPr>
        <w:rPr>
          <w:lang w:val="es-CR"/>
        </w:rPr>
      </w:pPr>
    </w:p>
    <w:p w14:paraId="58A3D7BC" w14:textId="77777777" w:rsidR="00D246BB" w:rsidRDefault="00D246BB" w:rsidP="001373BF">
      <w:pPr>
        <w:rPr>
          <w:lang w:val="es-CR"/>
        </w:rPr>
      </w:pPr>
    </w:p>
    <w:p w14:paraId="0644D883" w14:textId="77777777" w:rsidR="00D246BB" w:rsidRDefault="00D246BB" w:rsidP="001373BF">
      <w:pPr>
        <w:rPr>
          <w:lang w:val="es-CR"/>
        </w:rPr>
      </w:pPr>
    </w:p>
    <w:p w14:paraId="2B3F47D9" w14:textId="77777777" w:rsidR="00D246BB" w:rsidRDefault="00D246BB" w:rsidP="001373BF">
      <w:pPr>
        <w:rPr>
          <w:lang w:val="es-CR"/>
        </w:rPr>
      </w:pPr>
    </w:p>
    <w:p w14:paraId="58F7DC74" w14:textId="21670B39" w:rsidR="00D246BB" w:rsidRDefault="00D246BB" w:rsidP="001373BF">
      <w:pPr>
        <w:rPr>
          <w:lang w:val="es-CR"/>
        </w:rPr>
      </w:pPr>
    </w:p>
    <w:p w14:paraId="36089F04" w14:textId="05F66FAE" w:rsidR="00D246BB" w:rsidRDefault="00D246BB" w:rsidP="001373BF">
      <w:pPr>
        <w:rPr>
          <w:lang w:val="es-CR"/>
        </w:rPr>
      </w:pPr>
    </w:p>
    <w:sectPr w:rsidR="00D246BB" w:rsidSect="00A723D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899E3" w14:textId="77777777" w:rsidR="00A748A6" w:rsidRDefault="00A748A6" w:rsidP="00B36666">
      <w:pPr>
        <w:spacing w:after="0" w:line="240" w:lineRule="auto"/>
      </w:pPr>
      <w:r>
        <w:separator/>
      </w:r>
    </w:p>
  </w:endnote>
  <w:endnote w:type="continuationSeparator" w:id="0">
    <w:p w14:paraId="2D3EEACE" w14:textId="77777777" w:rsidR="00A748A6" w:rsidRDefault="00A748A6" w:rsidP="00B36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FC3EA" w14:textId="77777777" w:rsidR="00A748A6" w:rsidRDefault="00A748A6" w:rsidP="00B36666">
      <w:pPr>
        <w:spacing w:after="0" w:line="240" w:lineRule="auto"/>
      </w:pPr>
      <w:r>
        <w:separator/>
      </w:r>
    </w:p>
  </w:footnote>
  <w:footnote w:type="continuationSeparator" w:id="0">
    <w:p w14:paraId="7E206B39" w14:textId="77777777" w:rsidR="00A748A6" w:rsidRDefault="00A748A6" w:rsidP="00B366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100AE" w14:textId="77777777" w:rsidR="00B36666" w:rsidRDefault="00000000">
    <w:pPr>
      <w:pStyle w:val="Encabezado"/>
    </w:pPr>
    <w:r>
      <w:rPr>
        <w:noProof/>
      </w:rPr>
      <w:pict w14:anchorId="1095D2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30469" o:spid="_x0000_s1026" type="#_x0000_t75" alt="" style="position:absolute;margin-left:0;margin-top:0;width:532.15pt;height:431.75pt;z-index:-251653120;mso-wrap-edited:f;mso-width-percent:0;mso-height-percent:0;mso-position-horizontal:center;mso-position-horizontal-relative:margin;mso-position-vertical:center;mso-position-vertical-relative:margin;mso-width-percent:0;mso-height-percent:0" o:allowincell="f">
          <v:imagedata r:id="rId1" o:title="Captura de pantalla 2025-09-22 a la(s) 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76F80" w14:textId="77777777" w:rsidR="00B36666" w:rsidRDefault="00000000">
    <w:pPr>
      <w:pStyle w:val="Encabezado"/>
    </w:pPr>
    <w:r>
      <w:rPr>
        <w:noProof/>
      </w:rPr>
      <w:pict w14:anchorId="6B635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30468" o:spid="_x0000_s1025" type="#_x0000_t75" alt="" style="position:absolute;margin-left:0;margin-top:0;width:532.15pt;height:431.75pt;z-index:-251656192;mso-wrap-edited:f;mso-width-percent:0;mso-height-percent:0;mso-position-horizontal:center;mso-position-horizontal-relative:margin;mso-position-vertical:center;mso-position-vertical-relative:margin;mso-width-percent:0;mso-height-percent:0" o:allowincell="f">
          <v:imagedata r:id="rId1" o:title="Captura de pantalla 2025-09-22 a la(s) 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6" w15:restartNumberingAfterBreak="0">
    <w:nsid w:val="0A016681"/>
    <w:multiLevelType w:val="multilevel"/>
    <w:tmpl w:val="5F42C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2C3CB5"/>
    <w:multiLevelType w:val="multilevel"/>
    <w:tmpl w:val="44B40F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5634DD"/>
    <w:multiLevelType w:val="multilevel"/>
    <w:tmpl w:val="A4FA7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393D72"/>
    <w:multiLevelType w:val="multilevel"/>
    <w:tmpl w:val="EE584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62158B"/>
    <w:multiLevelType w:val="multilevel"/>
    <w:tmpl w:val="71CA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ED72AB"/>
    <w:multiLevelType w:val="multilevel"/>
    <w:tmpl w:val="CCDE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5C1A40"/>
    <w:multiLevelType w:val="multilevel"/>
    <w:tmpl w:val="7E085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B57B5A"/>
    <w:multiLevelType w:val="multilevel"/>
    <w:tmpl w:val="D77C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E87F4C"/>
    <w:multiLevelType w:val="multilevel"/>
    <w:tmpl w:val="C2D042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E45742"/>
    <w:multiLevelType w:val="multilevel"/>
    <w:tmpl w:val="7EA6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9C5A5F"/>
    <w:multiLevelType w:val="multilevel"/>
    <w:tmpl w:val="5BC882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A06D7E"/>
    <w:multiLevelType w:val="multilevel"/>
    <w:tmpl w:val="9A6A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270699"/>
    <w:multiLevelType w:val="multilevel"/>
    <w:tmpl w:val="AE9E7D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E80142"/>
    <w:multiLevelType w:val="multilevel"/>
    <w:tmpl w:val="D9EA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1C4098"/>
    <w:multiLevelType w:val="multilevel"/>
    <w:tmpl w:val="87FE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275A3F"/>
    <w:multiLevelType w:val="multilevel"/>
    <w:tmpl w:val="CA62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1F4FEC"/>
    <w:multiLevelType w:val="multilevel"/>
    <w:tmpl w:val="C76AD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225FBF"/>
    <w:multiLevelType w:val="multilevel"/>
    <w:tmpl w:val="E66E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03118D"/>
    <w:multiLevelType w:val="multilevel"/>
    <w:tmpl w:val="EEF4C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3284CE4"/>
    <w:multiLevelType w:val="multilevel"/>
    <w:tmpl w:val="F7F0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9B191B"/>
    <w:multiLevelType w:val="multilevel"/>
    <w:tmpl w:val="AC0A6E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D62890"/>
    <w:multiLevelType w:val="multilevel"/>
    <w:tmpl w:val="907A3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807EBB"/>
    <w:multiLevelType w:val="multilevel"/>
    <w:tmpl w:val="54EC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CD066E"/>
    <w:multiLevelType w:val="multilevel"/>
    <w:tmpl w:val="8F34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235C31"/>
    <w:multiLevelType w:val="multilevel"/>
    <w:tmpl w:val="FA94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536A37"/>
    <w:multiLevelType w:val="multilevel"/>
    <w:tmpl w:val="227A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F20FCF"/>
    <w:multiLevelType w:val="multilevel"/>
    <w:tmpl w:val="6538A5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CC26A9"/>
    <w:multiLevelType w:val="multilevel"/>
    <w:tmpl w:val="A782C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B77689"/>
    <w:multiLevelType w:val="multilevel"/>
    <w:tmpl w:val="86B2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17164E"/>
    <w:multiLevelType w:val="multilevel"/>
    <w:tmpl w:val="A752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5D2223"/>
    <w:multiLevelType w:val="multilevel"/>
    <w:tmpl w:val="970A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C82053"/>
    <w:multiLevelType w:val="multilevel"/>
    <w:tmpl w:val="91B42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C57503"/>
    <w:multiLevelType w:val="multilevel"/>
    <w:tmpl w:val="A198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0B12C2"/>
    <w:multiLevelType w:val="multilevel"/>
    <w:tmpl w:val="97A0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3506841">
    <w:abstractNumId w:val="5"/>
  </w:num>
  <w:num w:numId="2" w16cid:durableId="1054305563">
    <w:abstractNumId w:val="3"/>
  </w:num>
  <w:num w:numId="3" w16cid:durableId="1892617702">
    <w:abstractNumId w:val="2"/>
  </w:num>
  <w:num w:numId="4" w16cid:durableId="431974169">
    <w:abstractNumId w:val="4"/>
  </w:num>
  <w:num w:numId="5" w16cid:durableId="1777670294">
    <w:abstractNumId w:val="1"/>
  </w:num>
  <w:num w:numId="6" w16cid:durableId="315375136">
    <w:abstractNumId w:val="0"/>
  </w:num>
  <w:num w:numId="7" w16cid:durableId="1821652354">
    <w:abstractNumId w:val="11"/>
  </w:num>
  <w:num w:numId="8" w16cid:durableId="2019502458">
    <w:abstractNumId w:val="38"/>
  </w:num>
  <w:num w:numId="9" w16cid:durableId="1793553634">
    <w:abstractNumId w:val="33"/>
  </w:num>
  <w:num w:numId="10" w16cid:durableId="1361470581">
    <w:abstractNumId w:val="34"/>
  </w:num>
  <w:num w:numId="11" w16cid:durableId="230121152">
    <w:abstractNumId w:val="15"/>
  </w:num>
  <w:num w:numId="12" w16cid:durableId="983316629">
    <w:abstractNumId w:val="21"/>
  </w:num>
  <w:num w:numId="13" w16cid:durableId="203906049">
    <w:abstractNumId w:val="30"/>
  </w:num>
  <w:num w:numId="14" w16cid:durableId="1635326470">
    <w:abstractNumId w:val="28"/>
  </w:num>
  <w:num w:numId="15" w16cid:durableId="1922449340">
    <w:abstractNumId w:val="6"/>
  </w:num>
  <w:num w:numId="16" w16cid:durableId="1391726939">
    <w:abstractNumId w:val="31"/>
  </w:num>
  <w:num w:numId="17" w16cid:durableId="1227957660">
    <w:abstractNumId w:val="13"/>
  </w:num>
  <w:num w:numId="18" w16cid:durableId="469907033">
    <w:abstractNumId w:val="10"/>
  </w:num>
  <w:num w:numId="19" w16cid:durableId="1253663102">
    <w:abstractNumId w:val="22"/>
  </w:num>
  <w:num w:numId="20" w16cid:durableId="1041712967">
    <w:abstractNumId w:val="39"/>
  </w:num>
  <w:num w:numId="21" w16cid:durableId="1406104826">
    <w:abstractNumId w:val="20"/>
  </w:num>
  <w:num w:numId="22" w16cid:durableId="231816003">
    <w:abstractNumId w:val="35"/>
  </w:num>
  <w:num w:numId="23" w16cid:durableId="1178159309">
    <w:abstractNumId w:val="25"/>
  </w:num>
  <w:num w:numId="24" w16cid:durableId="802501252">
    <w:abstractNumId w:val="23"/>
  </w:num>
  <w:num w:numId="25" w16cid:durableId="2088185522">
    <w:abstractNumId w:val="19"/>
  </w:num>
  <w:num w:numId="26" w16cid:durableId="963854342">
    <w:abstractNumId w:val="29"/>
  </w:num>
  <w:num w:numId="27" w16cid:durableId="554002412">
    <w:abstractNumId w:val="36"/>
  </w:num>
  <w:num w:numId="28" w16cid:durableId="1038044877">
    <w:abstractNumId w:val="12"/>
  </w:num>
  <w:num w:numId="29" w16cid:durableId="204606211">
    <w:abstractNumId w:val="32"/>
  </w:num>
  <w:num w:numId="30" w16cid:durableId="625475628">
    <w:abstractNumId w:val="16"/>
  </w:num>
  <w:num w:numId="31" w16cid:durableId="2003655246">
    <w:abstractNumId w:val="8"/>
  </w:num>
  <w:num w:numId="32" w16cid:durableId="256914435">
    <w:abstractNumId w:val="18"/>
  </w:num>
  <w:num w:numId="33" w16cid:durableId="1306162035">
    <w:abstractNumId w:val="17"/>
  </w:num>
  <w:num w:numId="34" w16cid:durableId="904414476">
    <w:abstractNumId w:val="27"/>
  </w:num>
  <w:num w:numId="35" w16cid:durableId="1157725800">
    <w:abstractNumId w:val="9"/>
  </w:num>
  <w:num w:numId="36" w16cid:durableId="2073767041">
    <w:abstractNumId w:val="24"/>
  </w:num>
  <w:num w:numId="37" w16cid:durableId="1115489979">
    <w:abstractNumId w:val="7"/>
  </w:num>
  <w:num w:numId="38" w16cid:durableId="295376910">
    <w:abstractNumId w:val="37"/>
  </w:num>
  <w:num w:numId="39" w16cid:durableId="1457796594">
    <w:abstractNumId w:val="14"/>
  </w:num>
  <w:num w:numId="40" w16cid:durableId="1675106215">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0AC"/>
    <w:rsid w:val="00005FA1"/>
    <w:rsid w:val="00034616"/>
    <w:rsid w:val="0006063C"/>
    <w:rsid w:val="0006341C"/>
    <w:rsid w:val="00077E29"/>
    <w:rsid w:val="000819D7"/>
    <w:rsid w:val="000D216E"/>
    <w:rsid w:val="001373BF"/>
    <w:rsid w:val="0015074B"/>
    <w:rsid w:val="00177180"/>
    <w:rsid w:val="00207F70"/>
    <w:rsid w:val="00220CAE"/>
    <w:rsid w:val="00240905"/>
    <w:rsid w:val="002468B3"/>
    <w:rsid w:val="00247CD5"/>
    <w:rsid w:val="002842F3"/>
    <w:rsid w:val="0029639D"/>
    <w:rsid w:val="002F52AB"/>
    <w:rsid w:val="00326F90"/>
    <w:rsid w:val="0033760B"/>
    <w:rsid w:val="00340CB5"/>
    <w:rsid w:val="003449C1"/>
    <w:rsid w:val="00393C32"/>
    <w:rsid w:val="003C2E59"/>
    <w:rsid w:val="003C378C"/>
    <w:rsid w:val="0043610F"/>
    <w:rsid w:val="004541D3"/>
    <w:rsid w:val="004715F7"/>
    <w:rsid w:val="0047272D"/>
    <w:rsid w:val="00490A7B"/>
    <w:rsid w:val="004D529E"/>
    <w:rsid w:val="004D6C2F"/>
    <w:rsid w:val="004F3375"/>
    <w:rsid w:val="00501EE3"/>
    <w:rsid w:val="00505C6E"/>
    <w:rsid w:val="00533DD8"/>
    <w:rsid w:val="00552BB2"/>
    <w:rsid w:val="00576085"/>
    <w:rsid w:val="00596695"/>
    <w:rsid w:val="005B57A0"/>
    <w:rsid w:val="005C4314"/>
    <w:rsid w:val="00612685"/>
    <w:rsid w:val="00620D77"/>
    <w:rsid w:val="006F165A"/>
    <w:rsid w:val="006F236B"/>
    <w:rsid w:val="006F61F2"/>
    <w:rsid w:val="0074387D"/>
    <w:rsid w:val="007D3715"/>
    <w:rsid w:val="007F2B03"/>
    <w:rsid w:val="00800459"/>
    <w:rsid w:val="0082254D"/>
    <w:rsid w:val="00850076"/>
    <w:rsid w:val="00861E7D"/>
    <w:rsid w:val="0086329D"/>
    <w:rsid w:val="00884294"/>
    <w:rsid w:val="008C702D"/>
    <w:rsid w:val="008E6C3A"/>
    <w:rsid w:val="008E6C45"/>
    <w:rsid w:val="00912463"/>
    <w:rsid w:val="009173BE"/>
    <w:rsid w:val="00922440"/>
    <w:rsid w:val="00924732"/>
    <w:rsid w:val="00946D43"/>
    <w:rsid w:val="00976892"/>
    <w:rsid w:val="009B05A8"/>
    <w:rsid w:val="009D3CA5"/>
    <w:rsid w:val="00A063D0"/>
    <w:rsid w:val="00A127C7"/>
    <w:rsid w:val="00A146B4"/>
    <w:rsid w:val="00A367EC"/>
    <w:rsid w:val="00A55FAD"/>
    <w:rsid w:val="00A61D27"/>
    <w:rsid w:val="00A723D1"/>
    <w:rsid w:val="00A748A6"/>
    <w:rsid w:val="00A94E1C"/>
    <w:rsid w:val="00A967C4"/>
    <w:rsid w:val="00A96960"/>
    <w:rsid w:val="00AA1D8D"/>
    <w:rsid w:val="00AC2E37"/>
    <w:rsid w:val="00B17697"/>
    <w:rsid w:val="00B36666"/>
    <w:rsid w:val="00B47730"/>
    <w:rsid w:val="00B7793A"/>
    <w:rsid w:val="00BA5729"/>
    <w:rsid w:val="00BC2F28"/>
    <w:rsid w:val="00BD1AE4"/>
    <w:rsid w:val="00BF1681"/>
    <w:rsid w:val="00C007AC"/>
    <w:rsid w:val="00C30207"/>
    <w:rsid w:val="00C87C88"/>
    <w:rsid w:val="00CB0664"/>
    <w:rsid w:val="00CC7279"/>
    <w:rsid w:val="00D246BB"/>
    <w:rsid w:val="00D24E36"/>
    <w:rsid w:val="00D47CC3"/>
    <w:rsid w:val="00DA5EF9"/>
    <w:rsid w:val="00DB083A"/>
    <w:rsid w:val="00DC1C10"/>
    <w:rsid w:val="00DC28F3"/>
    <w:rsid w:val="00DD7C54"/>
    <w:rsid w:val="00E57D8A"/>
    <w:rsid w:val="00E6101F"/>
    <w:rsid w:val="00E706B0"/>
    <w:rsid w:val="00EA0182"/>
    <w:rsid w:val="00EB131A"/>
    <w:rsid w:val="00EB1641"/>
    <w:rsid w:val="00EC12D3"/>
    <w:rsid w:val="00EC2C42"/>
    <w:rsid w:val="00EC2EDD"/>
    <w:rsid w:val="00F04315"/>
    <w:rsid w:val="00F35348"/>
    <w:rsid w:val="00F84D40"/>
    <w:rsid w:val="00FC0C27"/>
    <w:rsid w:val="00FC164D"/>
    <w:rsid w:val="00FC693F"/>
    <w:rsid w:val="00FC7AC5"/>
    <w:rsid w:val="00FE7C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FD5F22"/>
  <w14:defaultImageDpi w14:val="300"/>
  <w15:docId w15:val="{2C371E51-F88A-0945-8653-606403D92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4"/>
      </w:numPr>
      <w:contextualSpacing/>
    </w:pPr>
  </w:style>
  <w:style w:type="paragraph" w:styleId="Listaconnmeros2">
    <w:name w:val="List Number 2"/>
    <w:basedOn w:val="Normal"/>
    <w:uiPriority w:val="99"/>
    <w:unhideWhenUsed/>
    <w:rsid w:val="0029639D"/>
    <w:pPr>
      <w:numPr>
        <w:numId w:val="5"/>
      </w:numPr>
      <w:contextualSpacing/>
    </w:pPr>
  </w:style>
  <w:style w:type="paragraph" w:styleId="Listaconnmeros3">
    <w:name w:val="List Number 3"/>
    <w:basedOn w:val="Normal"/>
    <w:uiPriority w:val="99"/>
    <w:unhideWhenUsed/>
    <w:rsid w:val="0029639D"/>
    <w:pPr>
      <w:numPr>
        <w:numId w:val="6"/>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uerte">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Normal">
    <w:name w:val="Table Normal"/>
    <w:uiPriority w:val="2"/>
    <w:semiHidden/>
    <w:unhideWhenUsed/>
    <w:qFormat/>
    <w:rsid w:val="00B36666"/>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6666"/>
    <w:pPr>
      <w:widowControl w:val="0"/>
      <w:autoSpaceDE w:val="0"/>
      <w:autoSpaceDN w:val="0"/>
      <w:spacing w:after="0" w:line="240" w:lineRule="auto"/>
    </w:pPr>
    <w:rPr>
      <w:rFonts w:ascii="Arial MT" w:eastAsia="Arial MT" w:hAnsi="Arial MT" w:cs="Arial MT"/>
      <w:lang w:val="es-ES"/>
    </w:rPr>
  </w:style>
  <w:style w:type="paragraph" w:styleId="NormalWeb">
    <w:name w:val="Normal (Web)"/>
    <w:basedOn w:val="Normal"/>
    <w:uiPriority w:val="99"/>
    <w:semiHidden/>
    <w:unhideWhenUsed/>
    <w:rsid w:val="00005FA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2393</Words>
  <Characters>13164</Characters>
  <Application>Microsoft Office Word</Application>
  <DocSecurity>0</DocSecurity>
  <Lines>109</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15526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Laura Elena Fallas Naranjo</cp:lastModifiedBy>
  <cp:revision>9</cp:revision>
  <dcterms:created xsi:type="dcterms:W3CDTF">2026-05-19T22:21:00Z</dcterms:created>
  <dcterms:modified xsi:type="dcterms:W3CDTF">2026-05-19T22:37:00Z</dcterms:modified>
  <cp:category/>
</cp:coreProperties>
</file>